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8A12" w14:textId="77777777" w:rsidR="00FA4A32" w:rsidRPr="00BD748B" w:rsidRDefault="00BD748B" w:rsidP="00BD748B">
      <w:pPr>
        <w:spacing w:line="240" w:lineRule="auto"/>
        <w:jc w:val="center"/>
        <w:rPr>
          <w:sz w:val="32"/>
          <w:szCs w:val="32"/>
        </w:rPr>
      </w:pPr>
      <w:r w:rsidRPr="00BD748B">
        <w:rPr>
          <w:b/>
          <w:sz w:val="32"/>
          <w:szCs w:val="32"/>
        </w:rPr>
        <w:t>Vállalkozási szerződés</w:t>
      </w:r>
    </w:p>
    <w:p w14:paraId="731A9CB1" w14:textId="722E277F" w:rsidR="00FA4A32" w:rsidRDefault="00FA4A32" w:rsidP="00BD748B">
      <w:pPr>
        <w:spacing w:line="240" w:lineRule="auto"/>
      </w:pPr>
    </w:p>
    <w:p w14:paraId="5F17BBAA" w14:textId="77777777" w:rsidR="00862A54" w:rsidRDefault="00BD748B" w:rsidP="00862A54">
      <w:pPr>
        <w:spacing w:line="240" w:lineRule="auto"/>
      </w:pPr>
      <w:proofErr w:type="spellStart"/>
      <w:r>
        <w:t>mely</w:t>
      </w:r>
      <w:proofErr w:type="spellEnd"/>
      <w:r>
        <w:t xml:space="preserve"> </w:t>
      </w:r>
      <w:proofErr w:type="spellStart"/>
      <w:r>
        <w:t>létrejött</w:t>
      </w:r>
      <w:proofErr w:type="spellEnd"/>
      <w:r>
        <w:t xml:space="preserve"> </w:t>
      </w:r>
      <w:proofErr w:type="spellStart"/>
      <w:r>
        <w:t>egyrészről</w:t>
      </w:r>
      <w:proofErr w:type="spellEnd"/>
    </w:p>
    <w:p w14:paraId="3C64CB86" w14:textId="6611BC6D" w:rsidR="00862A54" w:rsidRDefault="00BD748B" w:rsidP="00862A54">
      <w:pPr>
        <w:spacing w:line="360" w:lineRule="auto"/>
      </w:pPr>
      <w:r>
        <w:br/>
      </w:r>
      <w:proofErr w:type="spellStart"/>
      <w:r>
        <w:t>Megrendelő</w:t>
      </w:r>
      <w:proofErr w:type="spellEnd"/>
      <w:r>
        <w:t xml:space="preserve"> neve: ……………………………………</w:t>
      </w:r>
      <w:r w:rsidR="00862A54">
        <w:t>…………….</w:t>
      </w:r>
      <w:r>
        <w:br/>
        <w:t>Lakcíme / Székhelye: ……………………………………</w:t>
      </w:r>
      <w:r w:rsidR="00862A54">
        <w:t>…………</w:t>
      </w:r>
      <w:r>
        <w:br/>
        <w:t>Adószáma / adóazonosító jele: ……………………………………</w:t>
      </w:r>
      <w:r w:rsidR="00862A54">
        <w:t>.</w:t>
      </w:r>
      <w:r>
        <w:br/>
        <w:t>Kapcsolattartó elérhetősége: ……………………………………</w:t>
      </w:r>
      <w:r w:rsidR="00862A54">
        <w:t>…</w:t>
      </w:r>
      <w:r>
        <w:br/>
      </w:r>
      <w:r>
        <w:br/>
        <w:t xml:space="preserve">mint </w:t>
      </w:r>
      <w:proofErr w:type="spellStart"/>
      <w:r w:rsidRPr="00BD748B">
        <w:rPr>
          <w:b/>
          <w:bCs/>
        </w:rPr>
        <w:t>Megrendelő</w:t>
      </w:r>
      <w:proofErr w:type="spellEnd"/>
      <w:r>
        <w:t>,</w:t>
      </w:r>
      <w:r>
        <w:br/>
      </w:r>
      <w:proofErr w:type="spellStart"/>
      <w:r>
        <w:t>és</w:t>
      </w:r>
      <w:proofErr w:type="spellEnd"/>
      <w:r>
        <w:t xml:space="preserve"> </w:t>
      </w:r>
      <w:proofErr w:type="spellStart"/>
      <w:r>
        <w:t>másrészről</w:t>
      </w:r>
      <w:proofErr w:type="spellEnd"/>
      <w:r>
        <w:br/>
      </w:r>
      <w:r>
        <w:br/>
        <w:t>Vállalkozó neve: ……………………………………</w:t>
      </w:r>
      <w:r w:rsidR="00862A54">
        <w:t>………</w:t>
      </w:r>
      <w:r>
        <w:br/>
      </w:r>
      <w:proofErr w:type="spellStart"/>
      <w:r>
        <w:t>Székhelye</w:t>
      </w:r>
      <w:proofErr w:type="spellEnd"/>
      <w:r>
        <w:t xml:space="preserve"> / </w:t>
      </w:r>
      <w:proofErr w:type="spellStart"/>
      <w:r>
        <w:t>lakcíme</w:t>
      </w:r>
      <w:proofErr w:type="spellEnd"/>
      <w:r>
        <w:t>: ……………………………………</w:t>
      </w:r>
      <w:r w:rsidR="00862A54">
        <w:t>…..</w:t>
      </w:r>
      <w:r>
        <w:br/>
        <w:t>Adószám / EV szám: ……………………………………</w:t>
      </w:r>
      <w:r w:rsidR="00862A54">
        <w:t>….</w:t>
      </w:r>
      <w:r>
        <w:br/>
      </w:r>
      <w:proofErr w:type="spellStart"/>
      <w:r>
        <w:t>Pénzforgalmi</w:t>
      </w:r>
      <w:proofErr w:type="spellEnd"/>
      <w:r>
        <w:t xml:space="preserve"> </w:t>
      </w:r>
      <w:proofErr w:type="spellStart"/>
      <w:r>
        <w:t>számlaszám</w:t>
      </w:r>
      <w:proofErr w:type="spellEnd"/>
      <w:r>
        <w:t>: …………………………………</w:t>
      </w:r>
    </w:p>
    <w:p w14:paraId="5EFA2F6E" w14:textId="517685ED" w:rsidR="00FA4A32" w:rsidRDefault="00BD748B" w:rsidP="00862A54">
      <w:pPr>
        <w:spacing w:line="360" w:lineRule="auto"/>
      </w:pPr>
      <w:proofErr w:type="spellStart"/>
      <w:r>
        <w:t>Kapcsolattartó</w:t>
      </w:r>
      <w:proofErr w:type="spellEnd"/>
      <w:r>
        <w:t xml:space="preserve"> </w:t>
      </w:r>
      <w:proofErr w:type="spellStart"/>
      <w:r>
        <w:t>elérhetősége</w:t>
      </w:r>
      <w:proofErr w:type="spellEnd"/>
      <w:r>
        <w:t>: ………………………………</w:t>
      </w:r>
      <w:r w:rsidR="00862A54">
        <w:t>.</w:t>
      </w:r>
      <w:r>
        <w:br/>
      </w:r>
      <w:r>
        <w:br/>
        <w:t xml:space="preserve">mint </w:t>
      </w:r>
      <w:r w:rsidRPr="00BD748B">
        <w:rPr>
          <w:b/>
          <w:bCs/>
        </w:rPr>
        <w:t>Vállalkozó</w:t>
      </w:r>
      <w:r>
        <w:t>,</w:t>
      </w:r>
      <w:r>
        <w:br/>
        <w:t xml:space="preserve">a mai napon és helyen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feltételek</w:t>
      </w:r>
      <w:proofErr w:type="spellEnd"/>
      <w:r>
        <w:t xml:space="preserve"> szerint:</w:t>
      </w:r>
    </w:p>
    <w:p w14:paraId="3EFA75FD" w14:textId="77777777" w:rsidR="00FA4A32" w:rsidRDefault="00BD748B" w:rsidP="00BD748B">
      <w:pPr>
        <w:spacing w:line="240" w:lineRule="auto"/>
        <w:jc w:val="both"/>
      </w:pPr>
      <w:r>
        <w:rPr>
          <w:b/>
        </w:rPr>
        <w:t>1. A szerződés tárgya</w:t>
      </w:r>
    </w:p>
    <w:p w14:paraId="298D3B63" w14:textId="77777777" w:rsidR="00FA4A32" w:rsidRDefault="00BD748B" w:rsidP="00862A54">
      <w:r>
        <w:t>A Vállalkozó vállalja, hogy elvégzi az alábbi munkát:</w:t>
      </w:r>
      <w:r>
        <w:br/>
        <w:t>………………………………………………………………………………………………</w:t>
      </w:r>
      <w:r>
        <w:br/>
        <w:t>A munka teljesítési helye:</w:t>
      </w:r>
      <w:r>
        <w:br/>
        <w:t>………………………………………………………………………………………………</w:t>
      </w:r>
      <w:r>
        <w:br/>
        <w:t>A munkát legkésőbb ………………………….. napjáig elvégzi.</w:t>
      </w:r>
    </w:p>
    <w:p w14:paraId="2A2BFB97" w14:textId="77777777" w:rsidR="00FA4A32" w:rsidRDefault="00BD748B" w:rsidP="00862A54">
      <w:pPr>
        <w:jc w:val="both"/>
      </w:pPr>
      <w:r>
        <w:rPr>
          <w:b/>
        </w:rPr>
        <w:t>2. Teljesítési körülmények</w:t>
      </w:r>
    </w:p>
    <w:p w14:paraId="091CA08C" w14:textId="77777777" w:rsidR="00BD748B" w:rsidRDefault="00BD748B" w:rsidP="00862A54">
      <w:pPr>
        <w:jc w:val="both"/>
      </w:pPr>
      <w:r>
        <w:t xml:space="preserve">A Vállalkozó a munkát saját eszközeivel végzi el, kivéve ha a felek ettől eltérően állapodnak meg.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anyagokat</w:t>
      </w:r>
      <w:proofErr w:type="spellEnd"/>
      <w:r>
        <w:t>:</w:t>
      </w:r>
    </w:p>
    <w:p w14:paraId="70F2BAFB" w14:textId="77777777" w:rsidR="00BD748B" w:rsidRDefault="00BD748B" w:rsidP="00862A54">
      <w:r>
        <w:lastRenderedPageBreak/>
        <w:t xml:space="preserve">- </w:t>
      </w:r>
      <w:proofErr w:type="gramStart"/>
      <w:r>
        <w:t>[ ]</w:t>
      </w:r>
      <w:proofErr w:type="gramEnd"/>
      <w:r>
        <w:t xml:space="preserve"> a Megrendelő biztosítja</w:t>
      </w:r>
      <w:r>
        <w:br/>
        <w:t xml:space="preserve">- </w:t>
      </w:r>
      <w:proofErr w:type="gramStart"/>
      <w:r>
        <w:t>[ ]</w:t>
      </w:r>
      <w:proofErr w:type="gramEnd"/>
      <w:r>
        <w:t xml:space="preserve"> a Vállalkozó szerzi be</w:t>
      </w:r>
      <w:r>
        <w:br/>
        <w:t xml:space="preserve">- </w:t>
      </w:r>
      <w:proofErr w:type="gramStart"/>
      <w:r>
        <w:t>[ ]</w:t>
      </w:r>
      <w:proofErr w:type="gramEnd"/>
      <w:r>
        <w:t xml:space="preserve"> </w:t>
      </w:r>
      <w:proofErr w:type="spellStart"/>
      <w:r>
        <w:t>felek</w:t>
      </w:r>
      <w:proofErr w:type="spellEnd"/>
      <w:r>
        <w:t xml:space="preserve"> </w:t>
      </w:r>
      <w:proofErr w:type="spellStart"/>
      <w:r>
        <w:t>közösen</w:t>
      </w:r>
      <w:proofErr w:type="spellEnd"/>
      <w:r>
        <w:t xml:space="preserve"> </w:t>
      </w:r>
      <w:proofErr w:type="spellStart"/>
      <w:r>
        <w:t>egyeztetik</w:t>
      </w:r>
      <w:proofErr w:type="spellEnd"/>
    </w:p>
    <w:p w14:paraId="745F934A" w14:textId="1DDAE0E7" w:rsidR="00FA4A32" w:rsidRDefault="00BD748B" w:rsidP="00862A54">
      <w:pPr>
        <w:jc w:val="both"/>
      </w:pPr>
      <w:r>
        <w:br/>
        <w:t>A Megrendelő köteles biztosítani a munkavégzés helyszínéhez való hozzáférést, valamint a szükséges közművek használatát.</w:t>
      </w:r>
    </w:p>
    <w:p w14:paraId="11A26A02" w14:textId="77777777" w:rsidR="00FA4A32" w:rsidRDefault="00BD748B" w:rsidP="00862A54">
      <w:pPr>
        <w:jc w:val="both"/>
      </w:pPr>
      <w:r>
        <w:rPr>
          <w:b/>
        </w:rPr>
        <w:t>3. Díjazás</w:t>
      </w:r>
    </w:p>
    <w:p w14:paraId="1666C12B" w14:textId="77777777" w:rsidR="00862A54" w:rsidRDefault="00BD748B" w:rsidP="00862A54">
      <w:r>
        <w:t xml:space="preserve">A Megrendelőt a munka elvégzéséért ……………… Ft, azaz …………………………… forint díj </w:t>
      </w:r>
      <w:proofErr w:type="spellStart"/>
      <w:r>
        <w:t>terheli</w:t>
      </w:r>
      <w:proofErr w:type="spellEnd"/>
      <w:r>
        <w:t>.</w:t>
      </w:r>
    </w:p>
    <w:p w14:paraId="1EC98667" w14:textId="52F4DA47" w:rsidR="00FA4A32" w:rsidRDefault="00BD748B" w:rsidP="00862A54">
      <w:r>
        <w:br/>
        <w:t>A díj megfizetése:</w:t>
      </w:r>
      <w:r>
        <w:br/>
        <w:t xml:space="preserve">- </w:t>
      </w:r>
      <w:proofErr w:type="gramStart"/>
      <w:r>
        <w:t>[ ]</w:t>
      </w:r>
      <w:proofErr w:type="gramEnd"/>
      <w:r>
        <w:t xml:space="preserve"> előre</w:t>
      </w:r>
      <w:r>
        <w:br/>
        <w:t xml:space="preserve">- </w:t>
      </w:r>
      <w:proofErr w:type="gramStart"/>
      <w:r>
        <w:t>[ ]</w:t>
      </w:r>
      <w:proofErr w:type="gramEnd"/>
      <w:r>
        <w:t xml:space="preserve"> a munka elvégzését követően</w:t>
      </w:r>
      <w:r>
        <w:br/>
        <w:t xml:space="preserve">- </w:t>
      </w:r>
      <w:proofErr w:type="gramStart"/>
      <w:r>
        <w:t>[ ]</w:t>
      </w:r>
      <w:proofErr w:type="gramEnd"/>
      <w:r>
        <w:t xml:space="preserve"> részletekben</w:t>
      </w:r>
    </w:p>
    <w:p w14:paraId="3435CF52" w14:textId="77777777" w:rsidR="00FA4A32" w:rsidRDefault="00BD748B" w:rsidP="00862A54">
      <w:pPr>
        <w:jc w:val="both"/>
      </w:pPr>
      <w:r>
        <w:rPr>
          <w:b/>
        </w:rPr>
        <w:t>4. Utasítási jog és felelősség</w:t>
      </w:r>
    </w:p>
    <w:p w14:paraId="42EDEA2C" w14:textId="494F0CB9" w:rsidR="00BD748B" w:rsidRDefault="00BD748B" w:rsidP="00862A54">
      <w:pPr>
        <w:jc w:val="both"/>
      </w:pPr>
      <w:r>
        <w:t xml:space="preserve">A Vállalkozó a Megrendelő utasításai szerint köteles eljárni. Ha az utasítás szakszerűtlen, és erre a Vállalkozó figyelmezteti a Megrendelőt, de az mégis fenntartja azt, a Vállalkozó </w:t>
      </w:r>
      <w:proofErr w:type="spellStart"/>
      <w:r>
        <w:t>mentesül</w:t>
      </w:r>
      <w:proofErr w:type="spellEnd"/>
      <w:r>
        <w:t xml:space="preserve"> a </w:t>
      </w:r>
      <w:proofErr w:type="spellStart"/>
      <w:r>
        <w:t>felelősség</w:t>
      </w:r>
      <w:proofErr w:type="spellEnd"/>
      <w:r>
        <w:t xml:space="preserve"> </w:t>
      </w:r>
      <w:proofErr w:type="spellStart"/>
      <w:r>
        <w:t>alól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elállhat</w:t>
      </w:r>
      <w:proofErr w:type="spellEnd"/>
      <w:r>
        <w:t xml:space="preserve"> a </w:t>
      </w:r>
      <w:proofErr w:type="spellStart"/>
      <w:r>
        <w:t>szerződéstől</w:t>
      </w:r>
      <w:proofErr w:type="spellEnd"/>
      <w:r>
        <w:t>.</w:t>
      </w:r>
    </w:p>
    <w:p w14:paraId="5762F1F8" w14:textId="77777777" w:rsidR="00FA4A32" w:rsidRDefault="00BD748B" w:rsidP="00862A54">
      <w:pPr>
        <w:jc w:val="both"/>
      </w:pPr>
      <w:r>
        <w:rPr>
          <w:b/>
        </w:rPr>
        <w:t>5. Elállási jog</w:t>
      </w:r>
    </w:p>
    <w:p w14:paraId="09E9A3D1" w14:textId="77777777" w:rsidR="00FA4A32" w:rsidRDefault="00BD748B" w:rsidP="00862A54">
      <w:pPr>
        <w:jc w:val="both"/>
      </w:pPr>
      <w:r>
        <w:t>A Megrendelő jogosult a szerződéstől elállni, de köteles az addig elvégzett munkát kifizetni. Ha az elállás nem a Vállalkozó hibájából történik, a Megrendelő a kárt is köteles megtéríteni. A Vállalkozó is elállhat, ha a munkavégzéshez szükséges feltételeket a Megrendelő nem biztosítja.</w:t>
      </w:r>
    </w:p>
    <w:p w14:paraId="633E51E7" w14:textId="77777777" w:rsidR="00FA4A32" w:rsidRDefault="00BD748B" w:rsidP="00862A54">
      <w:pPr>
        <w:jc w:val="both"/>
      </w:pPr>
      <w:r>
        <w:rPr>
          <w:b/>
        </w:rPr>
        <w:t>6. Ellenőrzés</w:t>
      </w:r>
    </w:p>
    <w:p w14:paraId="68D907F9" w14:textId="77777777" w:rsidR="00FA4A32" w:rsidRDefault="00BD748B" w:rsidP="00862A54">
      <w:pPr>
        <w:jc w:val="both"/>
      </w:pPr>
      <w:r>
        <w:t>A Megrendelő jogosult a munkavégzést nyomon követni és észrevételeit jelezni. A Vállalkozó köteles a munkát szakszerűen, határidőre elvégezni.</w:t>
      </w:r>
    </w:p>
    <w:p w14:paraId="6913BB5D" w14:textId="77777777" w:rsidR="00FA4A32" w:rsidRDefault="00BD748B" w:rsidP="00862A54">
      <w:pPr>
        <w:jc w:val="both"/>
      </w:pPr>
      <w:r>
        <w:rPr>
          <w:b/>
        </w:rPr>
        <w:t>7. Szavatosság</w:t>
      </w:r>
    </w:p>
    <w:p w14:paraId="3507CBCF" w14:textId="77777777" w:rsidR="00FA4A32" w:rsidRDefault="00BD748B" w:rsidP="00862A54">
      <w:pPr>
        <w:jc w:val="both"/>
      </w:pPr>
      <w:r>
        <w:t>A Vállalkozó a munka elvégzésére a jogszabályok szerinti szavatosságot vállal.</w:t>
      </w:r>
    </w:p>
    <w:p w14:paraId="072282B1" w14:textId="77777777" w:rsidR="00FA4A32" w:rsidRDefault="00BD748B" w:rsidP="00862A54">
      <w:pPr>
        <w:jc w:val="both"/>
      </w:pPr>
      <w:r>
        <w:rPr>
          <w:b/>
        </w:rPr>
        <w:t>8. Egyéb rendelkezések</w:t>
      </w:r>
    </w:p>
    <w:p w14:paraId="51FC8682" w14:textId="61E5CC7D" w:rsidR="00FA4A32" w:rsidRDefault="00BD748B" w:rsidP="00862A54">
      <w:pPr>
        <w:jc w:val="both"/>
      </w:pPr>
      <w:r>
        <w:t xml:space="preserve">A </w:t>
      </w:r>
      <w:proofErr w:type="spellStart"/>
      <w:r>
        <w:t>szerződés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érvényes</w:t>
      </w:r>
      <w:proofErr w:type="spellEnd"/>
      <w:r>
        <w:t xml:space="preserve">. </w:t>
      </w:r>
    </w:p>
    <w:p w14:paraId="4F62752C" w14:textId="77777777" w:rsidR="00BD748B" w:rsidRDefault="00BD748B" w:rsidP="00862A54">
      <w:pPr>
        <w:jc w:val="both"/>
      </w:pPr>
      <w:r>
        <w:lastRenderedPageBreak/>
        <w:t xml:space="preserve">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szerződésben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szabályozott</w:t>
      </w:r>
      <w:proofErr w:type="spellEnd"/>
      <w:r>
        <w:t xml:space="preserve"> </w:t>
      </w:r>
      <w:proofErr w:type="spellStart"/>
      <w:r>
        <w:t>kérdésekben</w:t>
      </w:r>
      <w:proofErr w:type="spellEnd"/>
      <w:r>
        <w:t xml:space="preserve"> a </w:t>
      </w:r>
      <w:proofErr w:type="spellStart"/>
      <w:r>
        <w:t>Ptk</w:t>
      </w:r>
      <w:proofErr w:type="spellEnd"/>
      <w:r>
        <w:t xml:space="preserve">. </w:t>
      </w:r>
      <w:proofErr w:type="spellStart"/>
      <w:r>
        <w:t>vonatkozó</w:t>
      </w:r>
      <w:proofErr w:type="spellEnd"/>
      <w:r>
        <w:t xml:space="preserve"> rendelkezései </w:t>
      </w:r>
      <w:proofErr w:type="spellStart"/>
      <w:r>
        <w:t>az</w:t>
      </w:r>
      <w:proofErr w:type="spellEnd"/>
      <w:r>
        <w:t xml:space="preserve"> </w:t>
      </w:r>
      <w:proofErr w:type="spellStart"/>
      <w:r>
        <w:t>irányadóak</w:t>
      </w:r>
      <w:proofErr w:type="spellEnd"/>
      <w:r>
        <w:t>.</w:t>
      </w:r>
    </w:p>
    <w:p w14:paraId="56D8051D" w14:textId="232A4068" w:rsidR="00BD748B" w:rsidRDefault="00BD748B" w:rsidP="00862A54">
      <w:pPr>
        <w:jc w:val="both"/>
      </w:pPr>
      <w:r>
        <w:t xml:space="preserve">A </w:t>
      </w:r>
      <w:proofErr w:type="spellStart"/>
      <w:r>
        <w:t>szerződő</w:t>
      </w:r>
      <w:proofErr w:type="spellEnd"/>
      <w:r>
        <w:t xml:space="preserve"> </w:t>
      </w:r>
      <w:proofErr w:type="spellStart"/>
      <w:r>
        <w:t>felek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szerződést</w:t>
      </w:r>
      <w:proofErr w:type="spellEnd"/>
      <w:r>
        <w:t xml:space="preserve">, mint </w:t>
      </w:r>
      <w:proofErr w:type="spellStart"/>
      <w:r>
        <w:t>akaratukkal</w:t>
      </w:r>
      <w:proofErr w:type="spellEnd"/>
      <w:r>
        <w:t xml:space="preserve"> </w:t>
      </w:r>
      <w:proofErr w:type="spellStart"/>
      <w:r>
        <w:t>mindenben</w:t>
      </w:r>
      <w:proofErr w:type="spellEnd"/>
      <w:r>
        <w:t xml:space="preserve"> </w:t>
      </w:r>
      <w:proofErr w:type="spellStart"/>
      <w:r>
        <w:t>megegyezőt</w:t>
      </w:r>
      <w:proofErr w:type="spellEnd"/>
      <w:r>
        <w:t xml:space="preserve">, </w:t>
      </w:r>
      <w:proofErr w:type="spellStart"/>
      <w:r>
        <w:t>jóváhagyólag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saját</w:t>
      </w:r>
      <w:proofErr w:type="spellEnd"/>
      <w:r>
        <w:t xml:space="preserve"> </w:t>
      </w:r>
      <w:proofErr w:type="spellStart"/>
      <w:r>
        <w:t>kezűleg</w:t>
      </w:r>
      <w:proofErr w:type="spellEnd"/>
      <w:r>
        <w:t xml:space="preserve"> </w:t>
      </w:r>
      <w:proofErr w:type="spellStart"/>
      <w:r>
        <w:t>írták</w:t>
      </w:r>
      <w:proofErr w:type="spellEnd"/>
      <w:r>
        <w:t xml:space="preserve"> </w:t>
      </w:r>
      <w:proofErr w:type="spellStart"/>
      <w:r>
        <w:t>alá</w:t>
      </w:r>
      <w:proofErr w:type="spellEnd"/>
      <w:r>
        <w:t>.</w:t>
      </w:r>
    </w:p>
    <w:p w14:paraId="63FF2C73" w14:textId="77777777" w:rsidR="00BD748B" w:rsidRDefault="00BD748B" w:rsidP="00BD748B">
      <w:pPr>
        <w:spacing w:line="240" w:lineRule="auto"/>
        <w:jc w:val="both"/>
      </w:pPr>
    </w:p>
    <w:p w14:paraId="5FC10AA2" w14:textId="1FBF6F39" w:rsidR="00FA4A32" w:rsidRDefault="00BD748B" w:rsidP="00BD748B">
      <w:pPr>
        <w:spacing w:line="240" w:lineRule="auto"/>
        <w:jc w:val="both"/>
      </w:pPr>
      <w:r>
        <w:br/>
      </w:r>
      <w:r w:rsidRPr="00862A54">
        <w:rPr>
          <w:b/>
          <w:bCs/>
        </w:rPr>
        <w:t>Kelt</w:t>
      </w:r>
      <w:r w:rsidR="00862A54">
        <w:t>:</w:t>
      </w:r>
      <w:r>
        <w:br/>
      </w:r>
    </w:p>
    <w:p w14:paraId="0BC1C7CA" w14:textId="3D76430E" w:rsidR="00FA4A32" w:rsidRDefault="00BD748B" w:rsidP="00BD748B">
      <w:pPr>
        <w:spacing w:line="240" w:lineRule="auto"/>
      </w:pPr>
      <w:r>
        <w:br/>
        <w:t>……………………</w:t>
      </w:r>
      <w:r w:rsidR="00862A54">
        <w:t>………</w:t>
      </w:r>
      <w:r>
        <w:tab/>
      </w:r>
      <w:r>
        <w:tab/>
      </w:r>
      <w:r>
        <w:tab/>
      </w:r>
      <w:r>
        <w:tab/>
      </w:r>
      <w:r w:rsidR="00862A54">
        <w:t xml:space="preserve">               </w:t>
      </w:r>
      <w:r w:rsidR="00862A54">
        <w:t>……………………………</w:t>
      </w:r>
      <w:r w:rsidR="00862A54">
        <w:tab/>
      </w:r>
      <w:r>
        <w:t xml:space="preserve">                                                                    </w:t>
      </w:r>
    </w:p>
    <w:p w14:paraId="241A492E" w14:textId="75C4A27B" w:rsidR="00FA4A32" w:rsidRPr="00862A54" w:rsidRDefault="00BD748B" w:rsidP="00BD748B">
      <w:pPr>
        <w:spacing w:line="240" w:lineRule="auto"/>
        <w:rPr>
          <w:b/>
          <w:bCs/>
        </w:rPr>
      </w:pPr>
      <w:r w:rsidRPr="00862A54">
        <w:rPr>
          <w:b/>
          <w:bCs/>
        </w:rPr>
        <w:t xml:space="preserve">    </w:t>
      </w:r>
      <w:r w:rsidR="00862A54" w:rsidRPr="00862A54">
        <w:rPr>
          <w:b/>
          <w:bCs/>
        </w:rPr>
        <w:t xml:space="preserve">    </w:t>
      </w:r>
      <w:r w:rsidRPr="00862A54">
        <w:rPr>
          <w:b/>
          <w:bCs/>
        </w:rPr>
        <w:t xml:space="preserve"> Megrendelő                                                                                        Vállalkozó</w:t>
      </w:r>
      <w:r w:rsidRPr="00862A54">
        <w:rPr>
          <w:b/>
          <w:bCs/>
        </w:rPr>
        <w:br/>
      </w:r>
    </w:p>
    <w:sectPr w:rsidR="00FA4A32" w:rsidRPr="00862A5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4918549">
    <w:abstractNumId w:val="8"/>
  </w:num>
  <w:num w:numId="2" w16cid:durableId="1288045564">
    <w:abstractNumId w:val="6"/>
  </w:num>
  <w:num w:numId="3" w16cid:durableId="1626618700">
    <w:abstractNumId w:val="5"/>
  </w:num>
  <w:num w:numId="4" w16cid:durableId="1482770684">
    <w:abstractNumId w:val="4"/>
  </w:num>
  <w:num w:numId="5" w16cid:durableId="194083486">
    <w:abstractNumId w:val="7"/>
  </w:num>
  <w:num w:numId="6" w16cid:durableId="1451704983">
    <w:abstractNumId w:val="3"/>
  </w:num>
  <w:num w:numId="7" w16cid:durableId="782964907">
    <w:abstractNumId w:val="2"/>
  </w:num>
  <w:num w:numId="8" w16cid:durableId="348141036">
    <w:abstractNumId w:val="1"/>
  </w:num>
  <w:num w:numId="9" w16cid:durableId="1964194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2A04"/>
    <w:rsid w:val="0015074B"/>
    <w:rsid w:val="0029639D"/>
    <w:rsid w:val="00326F90"/>
    <w:rsid w:val="00862A54"/>
    <w:rsid w:val="00A64892"/>
    <w:rsid w:val="00AA1D8D"/>
    <w:rsid w:val="00B47730"/>
    <w:rsid w:val="00BD748B"/>
    <w:rsid w:val="00CB0664"/>
    <w:rsid w:val="00FA4A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32AD4B"/>
  <w14:defaultImageDpi w14:val="300"/>
  <w15:docId w15:val="{EC5B88CD-7B32-4129-AA41-76C40579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333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3</cp:revision>
  <dcterms:created xsi:type="dcterms:W3CDTF">2013-12-23T23:15:00Z</dcterms:created>
  <dcterms:modified xsi:type="dcterms:W3CDTF">2025-05-13T08:04:00Z</dcterms:modified>
  <cp:category/>
</cp:coreProperties>
</file>