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0ED6" w14:textId="77777777" w:rsidR="008512AC" w:rsidRDefault="00DB399E" w:rsidP="00DB39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B399E">
        <w:rPr>
          <w:rFonts w:ascii="Times New Roman" w:hAnsi="Times New Roman" w:cs="Times New Roman"/>
          <w:b/>
          <w:bCs/>
          <w:sz w:val="24"/>
          <w:szCs w:val="24"/>
        </w:rPr>
        <w:t>Karbantartási</w:t>
      </w:r>
      <w:proofErr w:type="spellEnd"/>
      <w:r w:rsidRPr="00DB399E">
        <w:rPr>
          <w:rFonts w:ascii="Times New Roman" w:hAnsi="Times New Roman" w:cs="Times New Roman"/>
          <w:b/>
          <w:bCs/>
          <w:sz w:val="24"/>
          <w:szCs w:val="24"/>
        </w:rPr>
        <w:t xml:space="preserve"> szerződés</w:t>
      </w:r>
    </w:p>
    <w:p w14:paraId="2D1441E6" w14:textId="77777777" w:rsidR="00DB399E" w:rsidRPr="00DB399E" w:rsidRDefault="00DB399E" w:rsidP="00DB39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61ADF0" w14:textId="77777777" w:rsidR="00DB399E" w:rsidRDefault="00DB399E" w:rsidP="00DB39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>amely létrejött egyrészről: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Megrendelő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neve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br/>
        <w:t xml:space="preserve">Székhely: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Adószám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Képviseli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CDDE736" w14:textId="7D30D6CA" w:rsidR="00DB399E" w:rsidRDefault="00DB399E" w:rsidP="00DB39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(a továbbiakban: </w:t>
      </w:r>
      <w:proofErr w:type="spellStart"/>
      <w:r w:rsidRPr="00DB399E"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>),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  <w:t>másrészről: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Szolgáltató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r w:rsidRPr="00DB399E">
        <w:rPr>
          <w:rFonts w:ascii="Times New Roman" w:hAnsi="Times New Roman" w:cs="Times New Roman"/>
          <w:sz w:val="24"/>
          <w:szCs w:val="24"/>
        </w:rPr>
        <w:t>neve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br/>
        <w:t xml:space="preserve">Székhely: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Adószám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Képviseli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0BD8AB" w14:textId="6EC4542B" w:rsidR="008512AC" w:rsidRPr="00DB399E" w:rsidRDefault="00DB399E" w:rsidP="00DB39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(a </w:t>
      </w:r>
      <w:r w:rsidRPr="00DB399E">
        <w:rPr>
          <w:rFonts w:ascii="Times New Roman" w:hAnsi="Times New Roman" w:cs="Times New Roman"/>
          <w:sz w:val="24"/>
          <w:szCs w:val="24"/>
        </w:rPr>
        <w:t xml:space="preserve">továbbiakban: </w:t>
      </w:r>
      <w:proofErr w:type="spellStart"/>
      <w:r w:rsidRPr="00DB399E"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>)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  <w:t>együttesen: Felek, az alábbi feltételek szerint:</w:t>
      </w:r>
    </w:p>
    <w:p w14:paraId="6F840969" w14:textId="77777777" w:rsidR="008512AC" w:rsidRPr="00DB399E" w:rsidRDefault="00DB399E" w:rsidP="00DB399E">
      <w:pPr>
        <w:rPr>
          <w:b/>
          <w:bCs/>
        </w:rPr>
      </w:pPr>
      <w:r w:rsidRPr="00DB399E">
        <w:rPr>
          <w:b/>
          <w:bCs/>
        </w:rPr>
        <w:t xml:space="preserve">1. A szerződés </w:t>
      </w:r>
      <w:proofErr w:type="spellStart"/>
      <w:r w:rsidRPr="00DB399E">
        <w:rPr>
          <w:b/>
          <w:bCs/>
        </w:rPr>
        <w:t>tárgya</w:t>
      </w:r>
      <w:proofErr w:type="spellEnd"/>
    </w:p>
    <w:p w14:paraId="3769F390" w14:textId="03D19E75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Szolgáltató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vállalja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a Megrendelő tulajdonában álló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t xml:space="preserve"> rendszeres karbantartását, ellenőrzését és szükség szerinti javítását a jelen szerződésben meghatározott feltételekkel.</w:t>
      </w:r>
    </w:p>
    <w:p w14:paraId="76B19CDF" w14:textId="77777777" w:rsidR="008512AC" w:rsidRPr="00DB399E" w:rsidRDefault="00DB399E" w:rsidP="00DB399E">
      <w:pPr>
        <w:rPr>
          <w:b/>
          <w:bCs/>
        </w:rPr>
      </w:pPr>
      <w:r w:rsidRPr="00DB399E">
        <w:rPr>
          <w:b/>
          <w:bCs/>
        </w:rPr>
        <w:t xml:space="preserve">2. A </w:t>
      </w:r>
      <w:proofErr w:type="spellStart"/>
      <w:r w:rsidRPr="00DB399E">
        <w:rPr>
          <w:b/>
          <w:bCs/>
        </w:rPr>
        <w:t>szolgáltatás</w:t>
      </w:r>
      <w:proofErr w:type="spellEnd"/>
      <w:r w:rsidRPr="00DB399E">
        <w:rPr>
          <w:b/>
          <w:bCs/>
        </w:rPr>
        <w:t xml:space="preserve"> </w:t>
      </w:r>
      <w:proofErr w:type="spellStart"/>
      <w:r w:rsidRPr="00DB399E">
        <w:rPr>
          <w:b/>
          <w:bCs/>
        </w:rPr>
        <w:t>tartalma</w:t>
      </w:r>
      <w:proofErr w:type="spellEnd"/>
    </w:p>
    <w:p w14:paraId="16DC14BF" w14:textId="20134712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karbantartás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magában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foglalja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>:</w:t>
      </w:r>
      <w:r w:rsidRPr="00DB399E">
        <w:rPr>
          <w:rFonts w:ascii="Times New Roman" w:hAnsi="Times New Roman" w:cs="Times New Roman"/>
          <w:sz w:val="24"/>
          <w:szCs w:val="24"/>
        </w:rPr>
        <w:br/>
        <w:t>- időszakos ellenőrzések elvégzését,</w:t>
      </w:r>
      <w:r w:rsidRPr="00DB399E">
        <w:rPr>
          <w:rFonts w:ascii="Times New Roman" w:hAnsi="Times New Roman" w:cs="Times New Roman"/>
          <w:sz w:val="24"/>
          <w:szCs w:val="24"/>
        </w:rPr>
        <w:br/>
        <w:t>- kisebb hibák javítását,</w:t>
      </w:r>
      <w:r w:rsidRPr="00DB399E">
        <w:rPr>
          <w:rFonts w:ascii="Times New Roman" w:hAnsi="Times New Roman" w:cs="Times New Roman"/>
          <w:sz w:val="24"/>
          <w:szCs w:val="24"/>
        </w:rPr>
        <w:br/>
        <w:t>- megelőző karbantartási munkákat,</w:t>
      </w:r>
      <w:r w:rsidRPr="00DB399E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DB399E">
        <w:rPr>
          <w:rFonts w:ascii="Times New Roman" w:hAnsi="Times New Roman" w:cs="Times New Roman"/>
          <w:sz w:val="24"/>
          <w:szCs w:val="24"/>
        </w:rPr>
        <w:t xml:space="preserve">egyéb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konkrét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tevékenységek</w:t>
      </w:r>
      <w:proofErr w:type="spellEnd"/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</w:t>
      </w:r>
    </w:p>
    <w:p w14:paraId="14148F13" w14:textId="77777777" w:rsidR="008512AC" w:rsidRPr="00DB399E" w:rsidRDefault="00DB399E" w:rsidP="00DB399E">
      <w:pPr>
        <w:rPr>
          <w:b/>
          <w:bCs/>
        </w:rPr>
      </w:pPr>
      <w:r w:rsidRPr="00DB399E">
        <w:rPr>
          <w:b/>
          <w:bCs/>
        </w:rPr>
        <w:lastRenderedPageBreak/>
        <w:t xml:space="preserve">3. </w:t>
      </w:r>
      <w:proofErr w:type="spellStart"/>
      <w:r w:rsidRPr="00DB399E">
        <w:rPr>
          <w:b/>
          <w:bCs/>
        </w:rPr>
        <w:t>Teljesítés</w:t>
      </w:r>
      <w:proofErr w:type="spellEnd"/>
      <w:r w:rsidRPr="00DB399E">
        <w:rPr>
          <w:b/>
          <w:bCs/>
        </w:rPr>
        <w:t xml:space="preserve"> </w:t>
      </w:r>
      <w:proofErr w:type="spellStart"/>
      <w:r w:rsidRPr="00DB399E">
        <w:rPr>
          <w:b/>
          <w:bCs/>
        </w:rPr>
        <w:t>helye</w:t>
      </w:r>
      <w:proofErr w:type="spellEnd"/>
      <w:r w:rsidRPr="00DB399E">
        <w:rPr>
          <w:b/>
          <w:bCs/>
        </w:rPr>
        <w:t xml:space="preserve"> és </w:t>
      </w:r>
      <w:proofErr w:type="spellStart"/>
      <w:r w:rsidRPr="00DB399E">
        <w:rPr>
          <w:b/>
          <w:bCs/>
        </w:rPr>
        <w:t>ideje</w:t>
      </w:r>
      <w:proofErr w:type="spellEnd"/>
    </w:p>
    <w:p w14:paraId="238F2763" w14:textId="77777777" w:rsidR="00DB399E" w:rsidRDefault="00DB399E" w:rsidP="00DB399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399E">
        <w:rPr>
          <w:rFonts w:ascii="Times New Roman" w:hAnsi="Times New Roman" w:cs="Times New Roman"/>
          <w:sz w:val="24"/>
          <w:szCs w:val="24"/>
        </w:rPr>
        <w:t>Teljesítés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helye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Karbantartás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gyakorisága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DB399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Teljesítési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határidők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60A824C3" w14:textId="782E4EBA" w:rsidR="008512AC" w:rsidRPr="00DB399E" w:rsidRDefault="00DB399E" w:rsidP="00DB399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399E">
        <w:rPr>
          <w:rFonts w:ascii="Times New Roman" w:hAnsi="Times New Roman" w:cs="Times New Roman"/>
          <w:b/>
          <w:bCs/>
          <w:sz w:val="24"/>
          <w:szCs w:val="24"/>
        </w:rPr>
        <w:t>4. Díjazás</w:t>
      </w:r>
    </w:p>
    <w:p w14:paraId="2D9740E8" w14:textId="6F4E2F52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A Megrendelő a Szolgáltatónak a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karbantartásért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DB399E">
        <w:rPr>
          <w:rFonts w:ascii="Times New Roman" w:hAnsi="Times New Roman" w:cs="Times New Roman"/>
          <w:sz w:val="24"/>
          <w:szCs w:val="24"/>
        </w:rPr>
        <w:t xml:space="preserve"> Ft + ÁFA/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hó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(vagy alkalmanként) díjazást fizet, számla ellenében, a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számla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kézhezvételétől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számított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DB399E">
        <w:rPr>
          <w:rFonts w:ascii="Times New Roman" w:hAnsi="Times New Roman" w:cs="Times New Roman"/>
          <w:sz w:val="24"/>
          <w:szCs w:val="24"/>
        </w:rPr>
        <w:t xml:space="preserve"> napon belül.</w:t>
      </w:r>
    </w:p>
    <w:p w14:paraId="1EA1C59F" w14:textId="77777777" w:rsidR="008512AC" w:rsidRPr="00DB399E" w:rsidRDefault="00DB399E" w:rsidP="00DB399E">
      <w:pPr>
        <w:rPr>
          <w:b/>
          <w:bCs/>
        </w:rPr>
      </w:pPr>
      <w:r w:rsidRPr="00DB399E">
        <w:rPr>
          <w:b/>
          <w:bCs/>
        </w:rPr>
        <w:t xml:space="preserve">5. A szerződés </w:t>
      </w:r>
      <w:proofErr w:type="spellStart"/>
      <w:r w:rsidRPr="00DB399E">
        <w:rPr>
          <w:b/>
          <w:bCs/>
        </w:rPr>
        <w:t>időtartama</w:t>
      </w:r>
      <w:proofErr w:type="spellEnd"/>
    </w:p>
    <w:p w14:paraId="3F272739" w14:textId="13AB5E25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Jelen szerződés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határozott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időre, 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napjától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napjáig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jön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létre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>. A szerződés közös megegyezéssel meghosszabbítható.</w:t>
      </w:r>
    </w:p>
    <w:p w14:paraId="5C1893F7" w14:textId="77777777" w:rsidR="008512AC" w:rsidRPr="00DB399E" w:rsidRDefault="00DB399E" w:rsidP="00DB399E">
      <w:pPr>
        <w:rPr>
          <w:b/>
          <w:bCs/>
        </w:rPr>
      </w:pPr>
      <w:r w:rsidRPr="00DB399E">
        <w:rPr>
          <w:b/>
          <w:bCs/>
        </w:rPr>
        <w:t xml:space="preserve">6. Egyéb </w:t>
      </w:r>
      <w:proofErr w:type="spellStart"/>
      <w:r w:rsidRPr="00DB399E">
        <w:rPr>
          <w:b/>
          <w:bCs/>
        </w:rPr>
        <w:t>rendelkezések</w:t>
      </w:r>
      <w:proofErr w:type="spellEnd"/>
    </w:p>
    <w:p w14:paraId="35F157E7" w14:textId="30476D29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t xml:space="preserve">- A </w:t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Szolgáltató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t xml:space="preserve"> a munkát saját eszközeivel és felelősségére végzi.</w:t>
      </w:r>
      <w:r w:rsidRPr="00DB399E">
        <w:rPr>
          <w:rFonts w:ascii="Times New Roman" w:hAnsi="Times New Roman" w:cs="Times New Roman"/>
          <w:sz w:val="24"/>
          <w:szCs w:val="24"/>
        </w:rPr>
        <w:br/>
        <w:t>- A Felek a szerződés módosítását írásban rögzítik.</w:t>
      </w:r>
      <w:r w:rsidRPr="00DB399E">
        <w:rPr>
          <w:rFonts w:ascii="Times New Roman" w:hAnsi="Times New Roman" w:cs="Times New Roman"/>
          <w:sz w:val="24"/>
          <w:szCs w:val="24"/>
        </w:rPr>
        <w:br/>
      </w:r>
    </w:p>
    <w:p w14:paraId="0A28B581" w14:textId="77777777" w:rsidR="00DB399E" w:rsidRDefault="00DB399E" w:rsidP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b/>
          <w:bCs/>
          <w:sz w:val="24"/>
          <w:szCs w:val="24"/>
        </w:rPr>
        <w:t>Kelt</w:t>
      </w:r>
      <w:r w:rsidRPr="00DB399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86D0CD2" w14:textId="77777777" w:rsidR="00DB399E" w:rsidRDefault="00DB399E" w:rsidP="00DB399E">
      <w:pPr>
        <w:rPr>
          <w:rFonts w:ascii="Times New Roman" w:hAnsi="Times New Roman" w:cs="Times New Roman"/>
          <w:sz w:val="24"/>
          <w:szCs w:val="24"/>
        </w:rPr>
      </w:pPr>
    </w:p>
    <w:p w14:paraId="0B4DBC53" w14:textId="56C7C212" w:rsidR="00DB399E" w:rsidRDefault="00DB399E" w:rsidP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5C3BB645" w14:textId="23EA59CF" w:rsidR="00DB399E" w:rsidRPr="00DB399E" w:rsidRDefault="00DB399E" w:rsidP="00DB399E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DB399E">
        <w:rPr>
          <w:rFonts w:ascii="Times New Roman" w:hAnsi="Times New Roman" w:cs="Times New Roman"/>
          <w:sz w:val="24"/>
          <w:szCs w:val="24"/>
        </w:rPr>
        <w:t>Megrendelő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B399E">
        <w:rPr>
          <w:rFonts w:ascii="Times New Roman" w:hAnsi="Times New Roman" w:cs="Times New Roman"/>
          <w:sz w:val="24"/>
          <w:szCs w:val="24"/>
        </w:rPr>
        <w:t>Szolgáltató</w:t>
      </w:r>
      <w:proofErr w:type="spellEnd"/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</w:r>
    </w:p>
    <w:p w14:paraId="06C60559" w14:textId="0B2E3BA0" w:rsidR="008512AC" w:rsidRPr="00DB399E" w:rsidRDefault="00DB399E">
      <w:pPr>
        <w:rPr>
          <w:rFonts w:ascii="Times New Roman" w:hAnsi="Times New Roman" w:cs="Times New Roman"/>
          <w:sz w:val="24"/>
          <w:szCs w:val="24"/>
        </w:rPr>
      </w:pPr>
      <w:r w:rsidRPr="00DB399E">
        <w:rPr>
          <w:rFonts w:ascii="Times New Roman" w:hAnsi="Times New Roman" w:cs="Times New Roman"/>
          <w:sz w:val="24"/>
          <w:szCs w:val="24"/>
        </w:rPr>
        <w:br/>
      </w:r>
      <w:r w:rsidRPr="00DB399E">
        <w:rPr>
          <w:rFonts w:ascii="Times New Roman" w:hAnsi="Times New Roman" w:cs="Times New Roman"/>
          <w:sz w:val="24"/>
          <w:szCs w:val="24"/>
        </w:rPr>
        <w:br/>
      </w:r>
    </w:p>
    <w:sectPr w:rsidR="008512AC" w:rsidRPr="00DB399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9555219">
    <w:abstractNumId w:val="8"/>
  </w:num>
  <w:num w:numId="2" w16cid:durableId="2076970416">
    <w:abstractNumId w:val="6"/>
  </w:num>
  <w:num w:numId="3" w16cid:durableId="142233461">
    <w:abstractNumId w:val="5"/>
  </w:num>
  <w:num w:numId="4" w16cid:durableId="843016309">
    <w:abstractNumId w:val="4"/>
  </w:num>
  <w:num w:numId="5" w16cid:durableId="673344881">
    <w:abstractNumId w:val="7"/>
  </w:num>
  <w:num w:numId="6" w16cid:durableId="1821074983">
    <w:abstractNumId w:val="3"/>
  </w:num>
  <w:num w:numId="7" w16cid:durableId="50620167">
    <w:abstractNumId w:val="2"/>
  </w:num>
  <w:num w:numId="8" w16cid:durableId="1423650544">
    <w:abstractNumId w:val="1"/>
  </w:num>
  <w:num w:numId="9" w16cid:durableId="86613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512AC"/>
    <w:rsid w:val="00A64892"/>
    <w:rsid w:val="00AA1D8D"/>
    <w:rsid w:val="00B47730"/>
    <w:rsid w:val="00CB0664"/>
    <w:rsid w:val="00DB399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3D153E"/>
  <w14:defaultImageDpi w14:val="300"/>
  <w15:docId w15:val="{CED29D5E-AA3F-41D2-AD2D-3574A91A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2025-05-13T12:48:00Z</dcterms:created>
  <dcterms:modified xsi:type="dcterms:W3CDTF">2025-05-13T12:48:00Z</dcterms:modified>
  <cp:category/>
</cp:coreProperties>
</file>