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80" w:after="0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FIZETÉSI ÜTEMEZÉSI MEGÁLLAPODÁS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Alulírottak:</w:t>
        <w:br/>
        <w:br/>
        <w:t>[Hitelező neve],</w:t>
        <w:br/>
        <w:t>születési név: [Hitelező születési neve],</w:t>
        <w:br/>
        <w:t>születési hely, idő: [hely], [dátum],</w:t>
        <w:br/>
        <w:t>anyja neve: [anyja neve],</w:t>
        <w:br/>
        <w:t>lakcím: [lakcím],</w:t>
        <w:br/>
        <w:t>szem. ig. szám: [személyi igazolvány száma],</w:t>
        <w:br/>
        <w:br/>
        <w:t>mint Hitelező (a továbbiakban: Hitelező),</w:t>
        <w:br/>
        <w:br/>
        <w:t>és</w:t>
        <w:br/>
        <w:br/>
        <w:t>[Adós neve],</w:t>
        <w:br/>
        <w:t>születési név: [Adós születési neve],</w:t>
        <w:br/>
        <w:t>születési hely, idő: [hely], [dátum],</w:t>
        <w:br/>
        <w:t>anyja neve: [anyja neve],</w:t>
        <w:br/>
        <w:t>lakcím: [lakcím],</w:t>
        <w:br/>
        <w:t>szem. ig. szám: [személyi igazolvány száma],</w:t>
        <w:br/>
        <w:br/>
        <w:t>mint Adós (a továbbiakban: Adós),</w:t>
        <w:br/>
        <w:br/>
        <w:t>az alábbi fizetési ütemezési megállapodást kötik: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1. A tartozás összege és jogcíme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Adós elismeri, hogy Hitelező felé [pl. 500.000 Ft, azaz ötszázezer forint] összegű tartozása áll fenn, melynek jogcíme: [pl. kölcsön, szolgáltatás].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2. Fizetési ütemezés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Adós vállalja, hogy a tartozását az alábbi ütemezés szerint teljesíti:</w:t>
        <w:br/>
        <w:t>- 1. részlet: [összeg] - [határidő]</w:t>
        <w:br/>
        <w:t>- 2. részlet: [összeg] - [határidő]</w:t>
        <w:br/>
        <w:t>- 3. részlet: [összeg] - [határidő]</w:t>
        <w:br/>
        <w:t>[Tetszőlegesen bővíthető a részek száma]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3. Teljesítés módja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A fizetés módja: banki átutalás Hitelező alábbi bankszámlaszámára: [bankszámlaszám], vagy készpénzben, a felek külön megállapodása szerint.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4. Késedelmi kamat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Amennyiben Adós bármelyik részlet megfizetésével késedelembe esik, úgy a késedelmes összeg után a Polgári Törvénykönyv 6:48. § szerinti, valamint a szerződésben kikötött [pl. évi 8%] mértékű késedelmi kamatot köteles megfizetni a Hitelező részére.</w:t>
      </w:r>
    </w:p>
    <w:p>
      <w:pPr>
        <w:pStyle w:val="Heading2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5. Egyéb rendelkezések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5.1. A jelen megállapodásban nem szabályozott kérdésekben a Polgári Törvénykönyv rendelkezései irányadók.</w:t>
        <w:br/>
        <w:t>5.2. A felek kijelentik, hogy a megállapodást közösen olvasták, megértették és azt akaratukkal mindenben megegyezőnek tekintik.</w:t>
        <w:br/>
        <w:t>5.3. Jelen megállapodásból eredő vitás kérdéseket a felek elsődlegesen egyeztetés útján kívánják rendezni.</w:t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br/>
        <w:t>Kelt: [város], [dátum]</w:t>
        <w:br/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br/>
        <w:t>Hitelező:</w:t>
        <w:br/>
        <w:t xml:space="preserve"> aláírás: __________________________</w:t>
        <w:br/>
      </w:r>
    </w:p>
    <w:p>
      <w:pPr>
        <w:pStyle w:val="Normal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br/>
        <w:t>Adós:</w:t>
        <w:br/>
        <w:t xml:space="preserve"> aláírás: __________________________</w:t>
        <w:br/>
      </w:r>
    </w:p>
    <w:p>
      <w:pPr>
        <w:pStyle w:val="Normal"/>
        <w:spacing w:before="0" w:after="20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br/>
        <w:t>Tanúk:</w:t>
        <w:br/>
        <w:t>1. Név: __________________________</w:t>
        <w:br/>
        <w:t xml:space="preserve">   Lakcím: _______________________</w:t>
        <w:br/>
        <w:t xml:space="preserve">   Aláírás: ______________________</w:t>
        <w:br/>
        <w:br/>
        <w:t>2. Név: __________________________</w:t>
        <w:br/>
        <w:t xml:space="preserve">   Lakcím: _______________________</w:t>
        <w:br/>
        <w:t xml:space="preserve">   Aláírás: ______________________</w:t>
      </w:r>
    </w:p>
    <w:sectPr>
      <w:type w:val="nextPage"/>
      <w:pgSz w:w="12240" w:h="15840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4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Cmsor">
    <w:name w:val="Címso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Trgymutat">
    <w:name w:val="Tárgymutató"/>
    <w:basedOn w:val="Normal"/>
    <w:qFormat/>
    <w:pPr>
      <w:suppressLineNumbers/>
    </w:pPr>
    <w:rPr>
      <w:rFonts w:cs="Noto Sans Devanagari"/>
    </w:rPr>
  </w:style>
  <w:style w:type="paragraph" w:styleId="lfejsllb">
    <w:name w:val="Élőfej és élőláb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Cmsor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incslista" w:default="1">
    <w:name w:val="Nincs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LibreOffice/24.8.6.2$Linux_X86_64 LibreOffice_project/480$Build-2</Application>
  <AppVersion>15.0000</AppVersion>
  <Pages>2</Pages>
  <Words>254</Words>
  <Characters>1814</Characters>
  <CharactersWithSpaces>2080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hu-HU</dc:language>
  <cp:lastModifiedBy/>
  <dcterms:modified xsi:type="dcterms:W3CDTF">2025-05-13T10:01:06Z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