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KÖLCSÖNSZERZŐDÉS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amely létrejött egyrészről: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Kölcsönadó:</w:t>
        <w:br/>
        <w:t>Név: [Kölcsönadó neve]</w:t>
        <w:br/>
        <w:t>Születési név: [Kölcsönadó születési neve]</w:t>
        <w:br/>
        <w:t>Születési hely, idő: [hely], [dátum]</w:t>
        <w:br/>
        <w:t>Anyja neve: [anyja neve]</w:t>
        <w:br/>
        <w:t>Lakcím: [lakcím]</w:t>
        <w:br/>
        <w:t>Szem. ig. szám: [személyi igazolvány száma]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és másrészről: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Kölcsönvevő:</w:t>
        <w:br/>
        <w:t>Név: [Kölcsönvevő neve]</w:t>
        <w:br/>
        <w:t>Születési név: [Kölcsönvevő születési neve]</w:t>
        <w:br/>
        <w:t>Születési hely, idő: [hely], [dátum]</w:t>
        <w:br/>
        <w:t>Anyja neve: [anyja neve]</w:t>
        <w:br/>
        <w:t>Lakcím: [lakcím]</w:t>
        <w:br/>
        <w:t>Szem. ig. szám: [személyi igazolvány száma]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továbbiakban együtt: Felek között az alábbi feltételekkel:</w:t>
        <w:br/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A kölcsön tárgya és összege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Kölcsönadó a jelen szerződés aláírásával egyidejűleg átad a Kölcsönvevő részére [pl. 500.000 Ft, azaz ötszázezer forint] összeget, amelyet Kölcsönvevő kölcsönként elfogad.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 A kölcsön futamideje és visszafizetése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Felek megállapodnak abban, hogy Kölcsönvevő a kölcsön összegét legkésőbb [pl. 2025. december 31.] napjáig visszafizeti Kölcsönadó részére.</w:t>
        <w:br/>
        <w:t>A visszafizetés egy összegben, készpénzben/banki átutalással történik a következő bankszámlaszámra: [bankszámlaszám].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Kamat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Felek megállapodnak abban, hogy a kölcsön összege után éves szinten [pl. 5%] mértékű kamat illeti meg a Kölcsönadót. A kamat számítása a kölcsön átadásának napjától a visszafizetés napjáig terjedő időszakra történik.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Késedelmi kamat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Amennyiben Kölcsönvevő a kölcsönösszeg visszafizetésével késedelembe esik, úgy Kölcsönadó jogosult a mindenkori rendes kamaton felül évi [pl. +3%] mértékű késedelmi kamatot követelni a késedelemmel érintett időszakra.</w:t>
      </w:r>
    </w:p>
    <w:p>
      <w:pPr>
        <w:pStyle w:val="Heading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Egyéb rendelkezések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t>5.1. Felek kijelentik, hogy jelen szerződést szabad akaratukból, jog- és cselekvőképességük tudatában írták alá.</w:t>
        <w:br/>
        <w:t>5.2. A szerződésben nem szabályozott kérdésekre a Polgári Törvénykönyv vonatkozó rendelkezései irányadók.</w:t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br/>
        <w:t>Kelt: [város], [dátum]</w:t>
        <w:br/>
      </w:r>
    </w:p>
    <w:p>
      <w:pPr>
        <w:pStyle w:val="Normal"/>
        <w:rPr>
          <w:rFonts w:ascii="Times New Roman" w:hAnsi="Times New Roman"/>
          <w:color w:val="000000"/>
        </w:rPr>
      </w:pPr>
      <w:r>
        <w:rPr>
          <w:color w:val="000000"/>
        </w:rPr>
        <w:br/>
        <w:t>Kölcsönadó:</w:t>
        <w:br/>
        <w:t xml:space="preserve"> aláírás: __________________________</w:t>
        <w:br/>
      </w:r>
    </w:p>
    <w:p>
      <w:pPr>
        <w:pStyle w:val="Normal"/>
        <w:spacing w:before="0" w:after="200"/>
        <w:rPr>
          <w:rFonts w:ascii="Times New Roman" w:hAnsi="Times New Roman"/>
          <w:color w:val="000000"/>
        </w:rPr>
      </w:pPr>
      <w:r>
        <w:rPr>
          <w:color w:val="000000"/>
        </w:rPr>
        <w:br/>
        <w:t>Kölcsönvevő:</w:t>
        <w:br/>
        <w:t xml:space="preserve"> aláírás: __________________________</w:t>
        <w:br/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" w:cs="" w:cstheme="minorBidi" w:eastAsiaTheme="minorEastAsia"/>
      <w:color w:val="auto"/>
      <w:kern w:val="0"/>
      <w:sz w:val="24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Cmsor">
    <w:name w:val="Címso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Trgymutat">
    <w:name w:val="Tárgymutató"/>
    <w:basedOn w:val="Normal"/>
    <w:qFormat/>
    <w:pPr>
      <w:suppressLineNumbers/>
    </w:pPr>
    <w:rPr>
      <w:rFonts w:cs="Noto Sans Devanagari"/>
    </w:rPr>
  </w:style>
  <w:style w:type="paragraph" w:styleId="Cmsoruser">
    <w:name w:val="Címsor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gymutatuser">
    <w:name w:val="Tárgymutató (user)"/>
    <w:basedOn w:val="Normal"/>
    <w:qFormat/>
    <w:pPr>
      <w:suppressLineNumbers/>
    </w:pPr>
    <w:rPr>
      <w:rFonts w:cs="Noto Sans Devanagari"/>
    </w:rPr>
  </w:style>
  <w:style w:type="paragraph" w:styleId="lfejsllb">
    <w:name w:val="Élőfej és élőláb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Cmsoruse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LibreOffice/24.8.6.2$Linux_X86_64 LibreOffice_project/480$Build-2</Application>
  <AppVersion>15.0000</AppVersion>
  <Pages>2</Pages>
  <Words>226</Words>
  <Characters>1625</Characters>
  <CharactersWithSpaces>1845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hu-HU</dc:language>
  <cp:lastModifiedBy/>
  <dcterms:modified xsi:type="dcterms:W3CDTF">2025-05-13T09:52:16Z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