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34466" w14:textId="77777777" w:rsidR="002308D1" w:rsidRPr="007759FA" w:rsidRDefault="007759FA" w:rsidP="007759FA">
      <w:pPr>
        <w:pStyle w:val="Cmsor1"/>
        <w:jc w:val="center"/>
        <w:rPr>
          <w:rFonts w:ascii="Times New Roman" w:hAnsi="Times New Roman" w:cs="Times New Roman"/>
          <w:color w:val="auto"/>
        </w:rPr>
      </w:pPr>
      <w:r w:rsidRPr="007759FA">
        <w:rPr>
          <w:rFonts w:ascii="Times New Roman" w:hAnsi="Times New Roman" w:cs="Times New Roman"/>
          <w:color w:val="auto"/>
        </w:rPr>
        <w:t>MEGÁLLAPODÁS</w:t>
      </w:r>
    </w:p>
    <w:p w14:paraId="4F13C7E8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munkaviszony közös megegyezéssel történő megszüntetéséről</w:t>
      </w:r>
    </w:p>
    <w:p w14:paraId="44E8FABA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amely létrejött egyrészről</w:t>
      </w:r>
      <w:r w:rsidRPr="007759FA">
        <w:rPr>
          <w:rFonts w:ascii="Times New Roman" w:hAnsi="Times New Roman" w:cs="Times New Roman"/>
        </w:rPr>
        <w:br/>
        <w:t xml:space="preserve">[Név] (születési hely, idő: [...], anyja neve: [...], lakcím: [...], adóazonosító jel: [...], TAJ-szám: [...]), mint munkavállaló (a </w:t>
      </w:r>
      <w:r w:rsidRPr="007759FA">
        <w:rPr>
          <w:rFonts w:ascii="Times New Roman" w:hAnsi="Times New Roman" w:cs="Times New Roman"/>
        </w:rPr>
        <w:t>továbbiakban: Munkavállaló),</w:t>
      </w:r>
      <w:r w:rsidRPr="007759FA">
        <w:rPr>
          <w:rFonts w:ascii="Times New Roman" w:hAnsi="Times New Roman" w:cs="Times New Roman"/>
        </w:rPr>
        <w:br/>
      </w:r>
      <w:r w:rsidRPr="007759FA">
        <w:rPr>
          <w:rFonts w:ascii="Times New Roman" w:hAnsi="Times New Roman" w:cs="Times New Roman"/>
        </w:rPr>
        <w:br/>
        <w:t>másrészről</w:t>
      </w:r>
      <w:r w:rsidRPr="007759FA">
        <w:rPr>
          <w:rFonts w:ascii="Times New Roman" w:hAnsi="Times New Roman" w:cs="Times New Roman"/>
        </w:rPr>
        <w:br/>
        <w:t>[Cégnév] (székhely: [...], cégjegyzékszám: [...], adószám: [...]), mint munkáltató (a továbbiakban: Munkáltató),</w:t>
      </w:r>
      <w:r w:rsidRPr="007759FA">
        <w:rPr>
          <w:rFonts w:ascii="Times New Roman" w:hAnsi="Times New Roman" w:cs="Times New Roman"/>
        </w:rPr>
        <w:br/>
      </w:r>
      <w:r w:rsidRPr="007759FA">
        <w:rPr>
          <w:rFonts w:ascii="Times New Roman" w:hAnsi="Times New Roman" w:cs="Times New Roman"/>
        </w:rPr>
        <w:br/>
        <w:t>a továbbiakban együtt: Felek – között az alábbi feltételekkel:</w:t>
      </w:r>
    </w:p>
    <w:p w14:paraId="38E79D8B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1. A Felek megállapodnak abban, hogy a közöttük fennálló, [...] napján létrejött munkaviszonyt [...] napjával közös megegyezéssel megszüntetik.</w:t>
      </w:r>
    </w:p>
    <w:p w14:paraId="2893AD85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2. A Felek megállapodnak, hogy a Munkavállaló részére [...] napjától [...] napjáig szabadság kerül kiadásra; ezt követően a rendelkezésre állási és munkavégzési kötelezettsége alól a munkaviszony megszűnéséig mentesül. (A nem kívánt opciók törlendők.)</w:t>
      </w:r>
    </w:p>
    <w:p w14:paraId="4474A0DB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3. A Munkavállaló utolsó munkában töltött napja: [...].</w:t>
      </w:r>
    </w:p>
    <w:p w14:paraId="494BCDB8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4. A Munkáltató kötelezettséget vállal arra, hogy a munkaviszony megszűnését követő 5 munkanapon belül kiadja a munkaviszony megszűnéséhez kapcsolódó valamennyi jogszabályban előírt igazolást, és megfizeti a következőket:</w:t>
      </w:r>
      <w:r w:rsidRPr="007759FA">
        <w:rPr>
          <w:rFonts w:ascii="Times New Roman" w:hAnsi="Times New Roman" w:cs="Times New Roman"/>
        </w:rPr>
        <w:br/>
        <w:t>a) a mentesülés időtartamára eső távolléti díjat (amennyiben alkalmazandó),</w:t>
      </w:r>
      <w:r w:rsidRPr="007759FA">
        <w:rPr>
          <w:rFonts w:ascii="Times New Roman" w:hAnsi="Times New Roman" w:cs="Times New Roman"/>
        </w:rPr>
        <w:br/>
        <w:t>b) [...] Ft egyéb juttatás,</w:t>
      </w:r>
      <w:r w:rsidRPr="007759FA">
        <w:rPr>
          <w:rFonts w:ascii="Times New Roman" w:hAnsi="Times New Roman" w:cs="Times New Roman"/>
        </w:rPr>
        <w:br/>
        <w:t>c) a fel nem használt szabadság pénzbeli megváltásának összege.</w:t>
      </w:r>
    </w:p>
    <w:p w14:paraId="7C1FF5B7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5. A Munkavállaló az utolsó munkában töltött napján köteles munkakörét, valamint a birtokában lévő, a Munkáltató által átadott eszközöket, iratokat a kijelölt személynek, átadás-átvételi jegyzőkönyv kíséretében átadni.</w:t>
      </w:r>
    </w:p>
    <w:p w14:paraId="71226091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6. A Munkavállaló köteles a munkaviszony megszűnését követően is üzleti titokként megőrizni minden, a Munkáltatónál szerzett tényt, adatot, információt.</w:t>
      </w:r>
    </w:p>
    <w:p w14:paraId="4EDF9AE1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7. Felek kijelentik, hogy a jelen megállapodás szerződésszerű teljesítése esetén egymással szemben semmilyen további követelést nem támasztanak. A Munkavállaló kifejezetten lemond minden további igényéről, ideértve különösen, de nem kizárólag a munkabérre, bérpótlékra, szabadságra, kártérítésre vonatkozó követeléseket is.</w:t>
      </w:r>
    </w:p>
    <w:p w14:paraId="73457B7B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8. A Munkavállaló kijelenti, hogy a Munkáltató megfelelő időt biztosított számára a megállapodás átgondolására és értelmezésére.</w:t>
      </w:r>
    </w:p>
    <w:p w14:paraId="4B9F2467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lastRenderedPageBreak/>
        <w:t>9. A jelen megállapodásban nem rendezett kérdésekben az Mt. és a vonatkozó jogszabályok rendelkezései irányadók.</w:t>
      </w:r>
    </w:p>
    <w:p w14:paraId="33447409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t>A jelen megállapodást Felek elolvasás és közös értelmezés után, mint akaratukkal mindenben megegyezőt, jóváhagyólag aláírják.</w:t>
      </w:r>
    </w:p>
    <w:p w14:paraId="64245755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br/>
        <w:t>Kelt: [...], 20[...] [...] hó [...] nap</w:t>
      </w:r>
    </w:p>
    <w:p w14:paraId="61373E74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br/>
      </w:r>
      <w:r w:rsidRPr="007759FA">
        <w:rPr>
          <w:rFonts w:ascii="Times New Roman" w:hAnsi="Times New Roman" w:cs="Times New Roman"/>
        </w:rPr>
        <w:br/>
        <w:t>......................................................</w:t>
      </w:r>
      <w:r w:rsidRPr="007759FA">
        <w:rPr>
          <w:rFonts w:ascii="Times New Roman" w:hAnsi="Times New Roman" w:cs="Times New Roman"/>
        </w:rPr>
        <w:br/>
        <w:t>Munkavállaló</w:t>
      </w:r>
    </w:p>
    <w:p w14:paraId="1F63DB88" w14:textId="77777777" w:rsidR="002308D1" w:rsidRPr="007759FA" w:rsidRDefault="007759FA" w:rsidP="007759FA">
      <w:pPr>
        <w:jc w:val="both"/>
        <w:rPr>
          <w:rFonts w:ascii="Times New Roman" w:hAnsi="Times New Roman" w:cs="Times New Roman"/>
        </w:rPr>
      </w:pPr>
      <w:r w:rsidRPr="007759FA">
        <w:rPr>
          <w:rFonts w:ascii="Times New Roman" w:hAnsi="Times New Roman" w:cs="Times New Roman"/>
        </w:rPr>
        <w:br/>
      </w:r>
      <w:r w:rsidRPr="007759FA">
        <w:rPr>
          <w:rFonts w:ascii="Times New Roman" w:hAnsi="Times New Roman" w:cs="Times New Roman"/>
        </w:rPr>
        <w:br/>
        <w:t>......................................................</w:t>
      </w:r>
      <w:r w:rsidRPr="007759FA">
        <w:rPr>
          <w:rFonts w:ascii="Times New Roman" w:hAnsi="Times New Roman" w:cs="Times New Roman"/>
        </w:rPr>
        <w:br/>
        <w:t>a Munkáltató nevében</w:t>
      </w:r>
      <w:r w:rsidRPr="007759FA">
        <w:rPr>
          <w:rFonts w:ascii="Times New Roman" w:hAnsi="Times New Roman" w:cs="Times New Roman"/>
        </w:rPr>
        <w:br/>
        <w:t>[Név], [Pozíció]</w:t>
      </w:r>
    </w:p>
    <w:sectPr w:rsidR="002308D1" w:rsidRPr="007759F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91854854">
    <w:abstractNumId w:val="8"/>
  </w:num>
  <w:num w:numId="2" w16cid:durableId="203372382">
    <w:abstractNumId w:val="6"/>
  </w:num>
  <w:num w:numId="3" w16cid:durableId="1792236915">
    <w:abstractNumId w:val="5"/>
  </w:num>
  <w:num w:numId="4" w16cid:durableId="1072267078">
    <w:abstractNumId w:val="4"/>
  </w:num>
  <w:num w:numId="5" w16cid:durableId="1636059094">
    <w:abstractNumId w:val="7"/>
  </w:num>
  <w:num w:numId="6" w16cid:durableId="1363045656">
    <w:abstractNumId w:val="3"/>
  </w:num>
  <w:num w:numId="7" w16cid:durableId="245191766">
    <w:abstractNumId w:val="2"/>
  </w:num>
  <w:num w:numId="8" w16cid:durableId="1617442267">
    <w:abstractNumId w:val="1"/>
  </w:num>
  <w:num w:numId="9" w16cid:durableId="4757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308D1"/>
    <w:rsid w:val="0029639D"/>
    <w:rsid w:val="00326F90"/>
    <w:rsid w:val="00563E7C"/>
    <w:rsid w:val="007759F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33F2A5"/>
  <w14:defaultImageDpi w14:val="300"/>
  <w15:docId w15:val="{A381103B-E937-46C3-B0D0-6068553D4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Balázs Dr. Kaszai</cp:lastModifiedBy>
  <cp:revision>2</cp:revision>
  <dcterms:created xsi:type="dcterms:W3CDTF">2013-12-23T23:15:00Z</dcterms:created>
  <dcterms:modified xsi:type="dcterms:W3CDTF">2025-05-03T14:24:00Z</dcterms:modified>
  <cp:category/>
</cp:coreProperties>
</file>