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61FF6" w14:textId="77777777" w:rsidR="00C1692C" w:rsidRDefault="00854BDA">
      <w:pPr>
        <w:jc w:val="center"/>
        <w:rPr>
          <w:b/>
        </w:rPr>
      </w:pPr>
      <w:r>
        <w:rPr>
          <w:b/>
        </w:rPr>
        <w:t>MUNKAKÖRI LEÍRÁS</w:t>
      </w:r>
    </w:p>
    <w:p w14:paraId="06079F65" w14:textId="77777777" w:rsidR="009427EF" w:rsidRDefault="009427EF">
      <w:pPr>
        <w:jc w:val="center"/>
      </w:pPr>
    </w:p>
    <w:p w14:paraId="0EB4E54E" w14:textId="77777777" w:rsidR="00C1692C" w:rsidRDefault="00854BDA">
      <w:r>
        <w:rPr>
          <w:b/>
        </w:rPr>
        <w:t>1. Munkakör megnevezése:</w:t>
      </w:r>
    </w:p>
    <w:p w14:paraId="4CCD9902" w14:textId="5F733398" w:rsidR="00C1692C" w:rsidRDefault="00854BDA">
      <w:r>
        <w:t>…………………………………………………..</w:t>
      </w:r>
    </w:p>
    <w:p w14:paraId="0673B9FF" w14:textId="77777777" w:rsidR="00C1692C" w:rsidRDefault="00854BDA">
      <w:r>
        <w:rPr>
          <w:b/>
        </w:rPr>
        <w:t>2. Munkavállaló neve:</w:t>
      </w:r>
    </w:p>
    <w:p w14:paraId="20B31E11" w14:textId="77777777" w:rsidR="00C1692C" w:rsidRDefault="00854BDA">
      <w:r>
        <w:t>……………………………………………………</w:t>
      </w:r>
    </w:p>
    <w:p w14:paraId="12952F05" w14:textId="77777777" w:rsidR="00C1692C" w:rsidRDefault="00854BDA">
      <w:r>
        <w:rPr>
          <w:b/>
        </w:rPr>
        <w:t>3. Munkáltató neve és címe:</w:t>
      </w:r>
    </w:p>
    <w:p w14:paraId="0039992E" w14:textId="77777777" w:rsidR="00C1692C" w:rsidRDefault="00854BDA">
      <w:r>
        <w:t>……………………………………………………</w:t>
      </w:r>
    </w:p>
    <w:p w14:paraId="3CB61C54" w14:textId="77777777" w:rsidR="00C1692C" w:rsidRDefault="00854BDA">
      <w:r>
        <w:rPr>
          <w:b/>
        </w:rPr>
        <w:t>4. Közvetlen felettes beosztása, neve:</w:t>
      </w:r>
    </w:p>
    <w:p w14:paraId="31699936" w14:textId="77777777" w:rsidR="00C1692C" w:rsidRDefault="00854BDA">
      <w:r>
        <w:t>……………………………………………………</w:t>
      </w:r>
    </w:p>
    <w:p w14:paraId="3B27748D" w14:textId="77777777" w:rsidR="00C1692C" w:rsidRDefault="00854BDA">
      <w:r>
        <w:rPr>
          <w:b/>
        </w:rPr>
        <w:t>5. Munkavégzés helye:</w:t>
      </w:r>
    </w:p>
    <w:p w14:paraId="73AF0715" w14:textId="77777777" w:rsidR="00C1692C" w:rsidRDefault="00854BDA">
      <w:r>
        <w:t>……………………………………………………</w:t>
      </w:r>
    </w:p>
    <w:p w14:paraId="1CAFA3DF" w14:textId="77777777" w:rsidR="00C1692C" w:rsidRDefault="00854BDA">
      <w:r>
        <w:rPr>
          <w:b/>
        </w:rPr>
        <w:t>6. Munkakör célja:</w:t>
      </w:r>
    </w:p>
    <w:p w14:paraId="192E6394" w14:textId="22885275" w:rsidR="00C1692C" w:rsidRDefault="00854BDA" w:rsidP="009427EF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AED5C5" w14:textId="77777777" w:rsidR="00C1692C" w:rsidRDefault="00854BDA">
      <w:r>
        <w:rPr>
          <w:b/>
        </w:rPr>
        <w:t>7. Főbb feladatok és felelősségi körök:</w:t>
      </w:r>
    </w:p>
    <w:p w14:paraId="054BB878" w14:textId="7EFBB53D" w:rsidR="00C1692C" w:rsidRDefault="00854BDA">
      <w:r>
        <w:t>- …………………………………….</w:t>
      </w:r>
    </w:p>
    <w:p w14:paraId="4F106EE9" w14:textId="1A65C640" w:rsidR="00854BDA" w:rsidRDefault="00854BDA">
      <w:r>
        <w:t>-……………………………………..</w:t>
      </w:r>
    </w:p>
    <w:p w14:paraId="5A2B7408" w14:textId="6E579B8E" w:rsidR="00854BDA" w:rsidRDefault="00854BDA">
      <w:r>
        <w:t>-……………………………………..</w:t>
      </w:r>
    </w:p>
    <w:p w14:paraId="7FB753DA" w14:textId="70F3363B" w:rsidR="00854BDA" w:rsidRDefault="00854BDA">
      <w:r>
        <w:t>-……………………………………..</w:t>
      </w:r>
    </w:p>
    <w:p w14:paraId="44F07529" w14:textId="77777777" w:rsidR="00C1692C" w:rsidRDefault="00854BDA">
      <w:r>
        <w:rPr>
          <w:b/>
        </w:rPr>
        <w:t>8. Munkarend:</w:t>
      </w:r>
    </w:p>
    <w:p w14:paraId="3114F412" w14:textId="77777777" w:rsidR="009427EF" w:rsidRDefault="00854BDA">
      <w:proofErr w:type="spellStart"/>
      <w:r>
        <w:t>Napi</w:t>
      </w:r>
      <w:proofErr w:type="spellEnd"/>
      <w:r>
        <w:t xml:space="preserve"> ………… </w:t>
      </w:r>
      <w:proofErr w:type="spellStart"/>
      <w:r>
        <w:t>óra</w:t>
      </w:r>
      <w:proofErr w:type="spellEnd"/>
      <w:r>
        <w:t xml:space="preserve">, </w:t>
      </w:r>
      <w:proofErr w:type="spellStart"/>
      <w:r>
        <w:t>heti</w:t>
      </w:r>
      <w:proofErr w:type="spellEnd"/>
      <w:r>
        <w:t xml:space="preserve"> ………… </w:t>
      </w:r>
      <w:proofErr w:type="spellStart"/>
      <w:r>
        <w:t>óra</w:t>
      </w:r>
      <w:proofErr w:type="spellEnd"/>
    </w:p>
    <w:p w14:paraId="5A4A1BD3" w14:textId="03FA36CC" w:rsidR="00854BDA" w:rsidRDefault="00854BDA">
      <w:r>
        <w:lastRenderedPageBreak/>
        <w:br/>
      </w:r>
      <w:proofErr w:type="spellStart"/>
      <w:r>
        <w:t>Munkavégzés</w:t>
      </w:r>
      <w:proofErr w:type="spellEnd"/>
      <w:r>
        <w:t xml:space="preserve">: </w:t>
      </w:r>
    </w:p>
    <w:p w14:paraId="54D36BD2" w14:textId="77777777" w:rsidR="00854BDA" w:rsidRDefault="00854BDA">
      <w:proofErr w:type="gramStart"/>
      <w:r>
        <w:t>[ ]</w:t>
      </w:r>
      <w:proofErr w:type="gramEnd"/>
      <w:r>
        <w:t xml:space="preserve"> </w:t>
      </w:r>
      <w:proofErr w:type="spellStart"/>
      <w:r>
        <w:t>kötött</w:t>
      </w:r>
      <w:proofErr w:type="spellEnd"/>
      <w:r>
        <w:t xml:space="preserve"> </w:t>
      </w:r>
    </w:p>
    <w:p w14:paraId="16522E43" w14:textId="77777777" w:rsidR="00854BDA" w:rsidRDefault="00854BDA">
      <w:proofErr w:type="gramStart"/>
      <w:r>
        <w:t>[ ]</w:t>
      </w:r>
      <w:proofErr w:type="gramEnd"/>
      <w:r>
        <w:t xml:space="preserve"> </w:t>
      </w:r>
      <w:proofErr w:type="spellStart"/>
      <w:r>
        <w:t>kötetlen</w:t>
      </w:r>
      <w:proofErr w:type="spellEnd"/>
    </w:p>
    <w:p w14:paraId="57CB8E1E" w14:textId="4DDC450F" w:rsidR="00C1692C" w:rsidRDefault="00854BDA">
      <w:r>
        <w:t xml:space="preserve"> </w:t>
      </w:r>
      <w:proofErr w:type="gramStart"/>
      <w:r>
        <w:t>[ ]</w:t>
      </w:r>
      <w:proofErr w:type="gramEnd"/>
      <w:r>
        <w:t xml:space="preserve"> </w:t>
      </w:r>
      <w:proofErr w:type="spellStart"/>
      <w:r>
        <w:t>váltott</w:t>
      </w:r>
      <w:proofErr w:type="spellEnd"/>
      <w:r>
        <w:t xml:space="preserve"> </w:t>
      </w:r>
      <w:proofErr w:type="spellStart"/>
      <w:r>
        <w:t>műszakos</w:t>
      </w:r>
      <w:proofErr w:type="spellEnd"/>
    </w:p>
    <w:p w14:paraId="37180824" w14:textId="77777777" w:rsidR="00C1692C" w:rsidRDefault="00854BDA">
      <w:r>
        <w:rPr>
          <w:b/>
        </w:rPr>
        <w:t>9. Elvárt végzettség, kompetenciák:</w:t>
      </w:r>
    </w:p>
    <w:p w14:paraId="2FFD0E7E" w14:textId="0F99CA24" w:rsidR="00C1692C" w:rsidRDefault="00854BDA" w:rsidP="009427EF">
      <w:pPr>
        <w:spacing w:line="360" w:lineRule="auto"/>
      </w:pPr>
      <w:r>
        <w:t>- Szükséges végzettség: …………………………………</w:t>
      </w:r>
      <w:r>
        <w:br/>
        <w:t>- Szakmai tapasztalat: …………………………………</w:t>
      </w:r>
      <w:r w:rsidR="009427EF">
        <w:t>...</w:t>
      </w:r>
      <w:r>
        <w:br/>
        <w:t>- Elvárt kompetenciák: pl. pontosság, önállóság, jó kommunikációs készség</w:t>
      </w:r>
    </w:p>
    <w:p w14:paraId="1A21C135" w14:textId="77777777" w:rsidR="00C1692C" w:rsidRDefault="00854BDA">
      <w:r>
        <w:rPr>
          <w:b/>
        </w:rPr>
        <w:t>10. Egyéb előírások:</w:t>
      </w:r>
    </w:p>
    <w:p w14:paraId="1BFDC208" w14:textId="77777777" w:rsidR="00C1692C" w:rsidRDefault="00854BDA" w:rsidP="009427EF">
      <w:pPr>
        <w:spacing w:line="360" w:lineRule="auto"/>
      </w:pPr>
      <w:r>
        <w:t>- Erkölcsi bizonyítvány: [ ] igen [ ] nem</w:t>
      </w:r>
      <w:r>
        <w:br/>
        <w:t>- Jogosítvány: [ ] igen, típus: ……… [ ] nem</w:t>
      </w:r>
      <w:r>
        <w:br/>
        <w:t>- Informatikai ismeretek: [ ] alap [ ] haladó</w:t>
      </w:r>
    </w:p>
    <w:p w14:paraId="71097416" w14:textId="77777777" w:rsidR="00C1692C" w:rsidRDefault="00854BDA" w:rsidP="009427EF">
      <w:pPr>
        <w:spacing w:line="360" w:lineRule="auto"/>
      </w:pPr>
      <w:r>
        <w:rPr>
          <w:b/>
        </w:rPr>
        <w:t>11. Hatálybalépés dátuma:</w:t>
      </w:r>
    </w:p>
    <w:p w14:paraId="12B75F44" w14:textId="77777777" w:rsidR="00C1692C" w:rsidRDefault="00854BDA">
      <w:r>
        <w:t>……………… év ………… hó ………… nap</w:t>
      </w:r>
    </w:p>
    <w:p w14:paraId="1FCE5D24" w14:textId="77777777" w:rsidR="00C1692C" w:rsidRDefault="00854BDA">
      <w:r>
        <w:rPr>
          <w:b/>
        </w:rPr>
        <w:t>12. A munkaköri leírás módosítása:</w:t>
      </w:r>
    </w:p>
    <w:p w14:paraId="4AD7F2B6" w14:textId="25F931AC" w:rsidR="00C1692C" w:rsidRDefault="00854BDA" w:rsidP="00854BDA">
      <w:pPr>
        <w:jc w:val="both"/>
      </w:pPr>
      <w:r>
        <w:t>A munkáltató jogosult a munkaköri leírást módosítani a Munka Törvénykönyve rendelkezései szerint.</w:t>
      </w:r>
    </w:p>
    <w:p w14:paraId="2EC93454" w14:textId="069CA70A" w:rsidR="009427EF" w:rsidRDefault="00854BDA" w:rsidP="009427EF">
      <w:r>
        <w:br/>
        <w:t>Kelt: ………………………………………</w:t>
      </w:r>
    </w:p>
    <w:p w14:paraId="7CD6412D" w14:textId="77777777" w:rsidR="009427EF" w:rsidRDefault="009427EF" w:rsidP="009427EF"/>
    <w:p w14:paraId="0F846FBC" w14:textId="7294F76F" w:rsidR="009427EF" w:rsidRDefault="009427EF" w:rsidP="009427EF">
      <w:r>
        <w:t>………………………….</w:t>
      </w:r>
      <w:r>
        <w:tab/>
      </w:r>
      <w:r>
        <w:tab/>
      </w:r>
      <w:r>
        <w:tab/>
      </w:r>
      <w:r>
        <w:tab/>
      </w:r>
      <w:r>
        <w:tab/>
        <w:t>……………………….</w:t>
      </w:r>
    </w:p>
    <w:p w14:paraId="77E951CE" w14:textId="1560C387" w:rsidR="00C1692C" w:rsidRDefault="009427EF" w:rsidP="009427EF">
      <w:pPr>
        <w:ind w:firstLine="720"/>
      </w:pPr>
      <w:proofErr w:type="spellStart"/>
      <w:r>
        <w:t>Munkáltató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>
        <w:t>Munkavállaló</w:t>
      </w:r>
      <w:proofErr w:type="spellEnd"/>
      <w:r>
        <w:tab/>
      </w:r>
      <w:r>
        <w:tab/>
      </w:r>
    </w:p>
    <w:sectPr w:rsidR="00C1692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6098667">
    <w:abstractNumId w:val="8"/>
  </w:num>
  <w:num w:numId="2" w16cid:durableId="535970406">
    <w:abstractNumId w:val="6"/>
  </w:num>
  <w:num w:numId="3" w16cid:durableId="240912727">
    <w:abstractNumId w:val="5"/>
  </w:num>
  <w:num w:numId="4" w16cid:durableId="1586692464">
    <w:abstractNumId w:val="4"/>
  </w:num>
  <w:num w:numId="5" w16cid:durableId="1904829182">
    <w:abstractNumId w:val="7"/>
  </w:num>
  <w:num w:numId="6" w16cid:durableId="792138869">
    <w:abstractNumId w:val="3"/>
  </w:num>
  <w:num w:numId="7" w16cid:durableId="1066149906">
    <w:abstractNumId w:val="2"/>
  </w:num>
  <w:num w:numId="8" w16cid:durableId="795685329">
    <w:abstractNumId w:val="1"/>
  </w:num>
  <w:num w:numId="9" w16cid:durableId="2107842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2A04"/>
    <w:rsid w:val="0015074B"/>
    <w:rsid w:val="0029639D"/>
    <w:rsid w:val="00326F90"/>
    <w:rsid w:val="00854BDA"/>
    <w:rsid w:val="009427EF"/>
    <w:rsid w:val="00A64892"/>
    <w:rsid w:val="00AA1D8D"/>
    <w:rsid w:val="00B47730"/>
    <w:rsid w:val="00C1692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81527C"/>
  <w14:defaultImageDpi w14:val="300"/>
  <w15:docId w15:val="{EC5B88CD-7B32-4129-AA41-76C40579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3</cp:revision>
  <dcterms:created xsi:type="dcterms:W3CDTF">2013-12-23T23:15:00Z</dcterms:created>
  <dcterms:modified xsi:type="dcterms:W3CDTF">2025-05-13T07:31:00Z</dcterms:modified>
  <cp:category/>
</cp:coreProperties>
</file>