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F2360" w:rsidRPr="001D0D76" w:rsidRDefault="001D0D76">
      <w:pPr>
        <w:rPr>
          <w:rFonts w:ascii="Times New Roman" w:hAnsi="Times New Roman" w:cs="Times New Roman"/>
          <w:sz w:val="24"/>
          <w:szCs w:val="24"/>
        </w:rPr>
      </w:pPr>
      <w:r w:rsidRPr="001D0D76">
        <w:rPr>
          <w:rFonts w:ascii="Times New Roman" w:hAnsi="Times New Roman" w:cs="Times New Roman"/>
          <w:sz w:val="24"/>
          <w:szCs w:val="24"/>
        </w:rPr>
        <w:t>Cégnév: [cégnév]</w:t>
      </w:r>
    </w:p>
    <w:p w:rsidR="00BF2360" w:rsidRPr="001D0D76" w:rsidRDefault="001D0D76">
      <w:pPr>
        <w:rPr>
          <w:rFonts w:ascii="Times New Roman" w:hAnsi="Times New Roman" w:cs="Times New Roman"/>
          <w:sz w:val="24"/>
          <w:szCs w:val="24"/>
        </w:rPr>
      </w:pPr>
      <w:r w:rsidRPr="001D0D76">
        <w:rPr>
          <w:rFonts w:ascii="Times New Roman" w:hAnsi="Times New Roman" w:cs="Times New Roman"/>
          <w:sz w:val="24"/>
          <w:szCs w:val="24"/>
        </w:rPr>
        <w:t>Székhely: [székhely]</w:t>
      </w:r>
    </w:p>
    <w:p w:rsidR="00BF2360" w:rsidRPr="001D0D76" w:rsidRDefault="001D0D76">
      <w:pPr>
        <w:rPr>
          <w:rFonts w:ascii="Times New Roman" w:hAnsi="Times New Roman" w:cs="Times New Roman"/>
          <w:sz w:val="24"/>
          <w:szCs w:val="24"/>
        </w:rPr>
      </w:pPr>
      <w:r w:rsidRPr="001D0D76">
        <w:rPr>
          <w:rFonts w:ascii="Times New Roman" w:hAnsi="Times New Roman" w:cs="Times New Roman"/>
          <w:sz w:val="24"/>
          <w:szCs w:val="24"/>
        </w:rPr>
        <w:t>Cégjegyzékszám: [cégjegyzékszám]</w:t>
      </w:r>
    </w:p>
    <w:p w:rsidR="00BF2360" w:rsidRPr="001D0D76" w:rsidRDefault="001D0D76">
      <w:pPr>
        <w:rPr>
          <w:rFonts w:ascii="Times New Roman" w:hAnsi="Times New Roman" w:cs="Times New Roman"/>
          <w:sz w:val="24"/>
          <w:szCs w:val="24"/>
        </w:rPr>
      </w:pPr>
      <w:r w:rsidRPr="001D0D76">
        <w:rPr>
          <w:rFonts w:ascii="Times New Roman" w:hAnsi="Times New Roman" w:cs="Times New Roman"/>
          <w:sz w:val="24"/>
          <w:szCs w:val="24"/>
        </w:rPr>
        <w:t>Adószám: [adószám]</w:t>
      </w:r>
    </w:p>
    <w:p w:rsidR="00BF2360" w:rsidRPr="001D0D76" w:rsidRDefault="00BF2360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BF2360" w:rsidRPr="001D0D76" w:rsidRDefault="001D0D76">
      <w:pPr>
        <w:pStyle w:val="Cmsor2"/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r w:rsidRPr="001D0D76">
        <w:rPr>
          <w:rFonts w:ascii="Times New Roman" w:hAnsi="Times New Roman" w:cs="Times New Roman"/>
          <w:color w:val="auto"/>
          <w:sz w:val="24"/>
          <w:szCs w:val="24"/>
          <w:u w:val="single"/>
        </w:rPr>
        <w:t>Tárgy: Munkaviszony azonnali hatályú megszüntetése</w:t>
      </w:r>
    </w:p>
    <w:p w:rsidR="001D0D76" w:rsidRDefault="001D0D76" w:rsidP="001D0D7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D0D76">
        <w:rPr>
          <w:rFonts w:ascii="Times New Roman" w:hAnsi="Times New Roman" w:cs="Times New Roman"/>
          <w:sz w:val="24"/>
          <w:szCs w:val="24"/>
        </w:rPr>
        <w:t>Tisztelt</w:t>
      </w:r>
      <w:proofErr w:type="spellEnd"/>
      <w:r w:rsidRPr="001D0D76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 w:rsidRPr="001D0D76">
        <w:rPr>
          <w:rFonts w:ascii="Times New Roman" w:hAnsi="Times New Roman" w:cs="Times New Roman"/>
          <w:sz w:val="24"/>
          <w:szCs w:val="24"/>
        </w:rPr>
        <w:t>Munkavállaló</w:t>
      </w:r>
      <w:proofErr w:type="spellEnd"/>
      <w:r w:rsidRPr="001D0D76">
        <w:rPr>
          <w:rFonts w:ascii="Times New Roman" w:hAnsi="Times New Roman" w:cs="Times New Roman"/>
          <w:sz w:val="24"/>
          <w:szCs w:val="24"/>
        </w:rPr>
        <w:t xml:space="preserve"> neve]!</w:t>
      </w:r>
    </w:p>
    <w:p w:rsidR="001D0D76" w:rsidRDefault="001D0D76" w:rsidP="001D0D76">
      <w:pPr>
        <w:jc w:val="both"/>
        <w:rPr>
          <w:rFonts w:ascii="Times New Roman" w:hAnsi="Times New Roman" w:cs="Times New Roman"/>
          <w:sz w:val="24"/>
          <w:szCs w:val="24"/>
        </w:rPr>
      </w:pPr>
      <w:r w:rsidRPr="001D0D76">
        <w:rPr>
          <w:rFonts w:ascii="Times New Roman" w:hAnsi="Times New Roman" w:cs="Times New Roman"/>
          <w:sz w:val="24"/>
          <w:szCs w:val="24"/>
        </w:rPr>
        <w:t xml:space="preserve">Ezúton tájékoztatom, hogy a [cégnév]-nél fennálló, [év] [hónap] [nap]-án </w:t>
      </w:r>
      <w:r w:rsidRPr="001D0D76">
        <w:rPr>
          <w:rFonts w:ascii="Times New Roman" w:hAnsi="Times New Roman" w:cs="Times New Roman"/>
          <w:sz w:val="24"/>
          <w:szCs w:val="24"/>
        </w:rPr>
        <w:t xml:space="preserve">kezdődött munkaviszonyát a Munka Törvénykönyvéről szóló 2012. évi I. törvény 78. § (1) bekezdése </w:t>
      </w:r>
      <w:proofErr w:type="spellStart"/>
      <w:r w:rsidRPr="001D0D76">
        <w:rPr>
          <w:rFonts w:ascii="Times New Roman" w:hAnsi="Times New Roman" w:cs="Times New Roman"/>
          <w:sz w:val="24"/>
          <w:szCs w:val="24"/>
        </w:rPr>
        <w:t>alapján</w:t>
      </w:r>
      <w:proofErr w:type="spellEnd"/>
      <w:r w:rsidRPr="001D0D7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D0D76">
        <w:rPr>
          <w:rFonts w:ascii="Times New Roman" w:hAnsi="Times New Roman" w:cs="Times New Roman"/>
          <w:sz w:val="24"/>
          <w:szCs w:val="24"/>
        </w:rPr>
        <w:t>azonnali</w:t>
      </w:r>
      <w:proofErr w:type="spellEnd"/>
      <w:r w:rsidRPr="001D0D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D76">
        <w:rPr>
          <w:rFonts w:ascii="Times New Roman" w:hAnsi="Times New Roman" w:cs="Times New Roman"/>
          <w:sz w:val="24"/>
          <w:szCs w:val="24"/>
        </w:rPr>
        <w:t>hatállyal</w:t>
      </w:r>
      <w:proofErr w:type="spellEnd"/>
      <w:r w:rsidRPr="001D0D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D76">
        <w:rPr>
          <w:rFonts w:ascii="Times New Roman" w:hAnsi="Times New Roman" w:cs="Times New Roman"/>
          <w:sz w:val="24"/>
          <w:szCs w:val="24"/>
        </w:rPr>
        <w:t>megszüntetem</w:t>
      </w:r>
      <w:proofErr w:type="spellEnd"/>
      <w:r w:rsidRPr="001D0D76">
        <w:rPr>
          <w:rFonts w:ascii="Times New Roman" w:hAnsi="Times New Roman" w:cs="Times New Roman"/>
          <w:sz w:val="24"/>
          <w:szCs w:val="24"/>
        </w:rPr>
        <w:t>.</w:t>
      </w:r>
    </w:p>
    <w:p w:rsidR="00BF2360" w:rsidRPr="001D0D76" w:rsidRDefault="001D0D76" w:rsidP="001D0D76">
      <w:pPr>
        <w:jc w:val="both"/>
        <w:rPr>
          <w:rFonts w:ascii="Times New Roman" w:hAnsi="Times New Roman" w:cs="Times New Roman"/>
          <w:sz w:val="24"/>
          <w:szCs w:val="24"/>
        </w:rPr>
      </w:pPr>
      <w:r w:rsidRPr="001D0D76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1D0D76">
        <w:rPr>
          <w:rFonts w:ascii="Times New Roman" w:hAnsi="Times New Roman" w:cs="Times New Roman"/>
          <w:sz w:val="24"/>
          <w:szCs w:val="24"/>
        </w:rPr>
        <w:t>munkaviszony</w:t>
      </w:r>
      <w:proofErr w:type="spellEnd"/>
      <w:r w:rsidRPr="001D0D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D76">
        <w:rPr>
          <w:rFonts w:ascii="Times New Roman" w:hAnsi="Times New Roman" w:cs="Times New Roman"/>
          <w:sz w:val="24"/>
          <w:szCs w:val="24"/>
        </w:rPr>
        <w:t>megszüntetésének</w:t>
      </w:r>
      <w:proofErr w:type="spellEnd"/>
      <w:r w:rsidRPr="001D0D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D76">
        <w:rPr>
          <w:rFonts w:ascii="Times New Roman" w:hAnsi="Times New Roman" w:cs="Times New Roman"/>
          <w:sz w:val="24"/>
          <w:szCs w:val="24"/>
        </w:rPr>
        <w:t>indoka</w:t>
      </w:r>
      <w:proofErr w:type="spellEnd"/>
      <w:r w:rsidRPr="001D0D76">
        <w:rPr>
          <w:rFonts w:ascii="Times New Roman" w:hAnsi="Times New Roman" w:cs="Times New Roman"/>
          <w:sz w:val="24"/>
          <w:szCs w:val="24"/>
        </w:rPr>
        <w:t>: [</w:t>
      </w:r>
      <w:proofErr w:type="spellStart"/>
      <w:r w:rsidRPr="001D0D76">
        <w:rPr>
          <w:rFonts w:ascii="Times New Roman" w:hAnsi="Times New Roman" w:cs="Times New Roman"/>
          <w:sz w:val="24"/>
          <w:szCs w:val="24"/>
        </w:rPr>
        <w:t>konkrét</w:t>
      </w:r>
      <w:proofErr w:type="spellEnd"/>
      <w:r w:rsidRPr="001D0D76">
        <w:rPr>
          <w:rFonts w:ascii="Times New Roman" w:hAnsi="Times New Roman" w:cs="Times New Roman"/>
          <w:sz w:val="24"/>
          <w:szCs w:val="24"/>
        </w:rPr>
        <w:t xml:space="preserve"> indok – például: munkaköri kötelezettségek súlyos megszegése, munká</w:t>
      </w:r>
      <w:r w:rsidRPr="001D0D76">
        <w:rPr>
          <w:rFonts w:ascii="Times New Roman" w:hAnsi="Times New Roman" w:cs="Times New Roman"/>
          <w:sz w:val="24"/>
          <w:szCs w:val="24"/>
        </w:rPr>
        <w:t>ltató jogos gazdasági érdekeinek veszélyeztetése, bizalom megszűnése stb.].</w:t>
      </w:r>
    </w:p>
    <w:p w:rsidR="001D0D76" w:rsidRDefault="001D0D76" w:rsidP="001D0D76">
      <w:pPr>
        <w:jc w:val="both"/>
        <w:rPr>
          <w:rFonts w:ascii="Times New Roman" w:hAnsi="Times New Roman" w:cs="Times New Roman"/>
          <w:sz w:val="24"/>
          <w:szCs w:val="24"/>
        </w:rPr>
      </w:pPr>
      <w:r w:rsidRPr="001D0D76">
        <w:rPr>
          <w:rFonts w:ascii="Times New Roman" w:hAnsi="Times New Roman" w:cs="Times New Roman"/>
          <w:sz w:val="24"/>
          <w:szCs w:val="24"/>
        </w:rPr>
        <w:t>Felhívom figyelmét arra, hogy az Mt. 78. § (1) bekezdése alapján a munkaviszony azonnali hatályú megszüntetése akkor alkalmazható, ha a munkavállaló a munkaviszonyból eredő lényege</w:t>
      </w:r>
      <w:r w:rsidRPr="001D0D76">
        <w:rPr>
          <w:rFonts w:ascii="Times New Roman" w:hAnsi="Times New Roman" w:cs="Times New Roman"/>
          <w:sz w:val="24"/>
          <w:szCs w:val="24"/>
        </w:rPr>
        <w:t xml:space="preserve">s kötelezettségét szándékosan vagy súlyos gondatlansággal jelentős mértékben megszegi, vagy olyan magatartást tanúsít, amely a </w:t>
      </w:r>
      <w:proofErr w:type="spellStart"/>
      <w:r w:rsidRPr="001D0D76">
        <w:rPr>
          <w:rFonts w:ascii="Times New Roman" w:hAnsi="Times New Roman" w:cs="Times New Roman"/>
          <w:sz w:val="24"/>
          <w:szCs w:val="24"/>
        </w:rPr>
        <w:t>munkaviszony</w:t>
      </w:r>
      <w:proofErr w:type="spellEnd"/>
      <w:r w:rsidRPr="001D0D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D76">
        <w:rPr>
          <w:rFonts w:ascii="Times New Roman" w:hAnsi="Times New Roman" w:cs="Times New Roman"/>
          <w:sz w:val="24"/>
          <w:szCs w:val="24"/>
        </w:rPr>
        <w:t>fenntartását</w:t>
      </w:r>
      <w:proofErr w:type="spellEnd"/>
      <w:r w:rsidRPr="001D0D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D76">
        <w:rPr>
          <w:rFonts w:ascii="Times New Roman" w:hAnsi="Times New Roman" w:cs="Times New Roman"/>
          <w:sz w:val="24"/>
          <w:szCs w:val="24"/>
        </w:rPr>
        <w:t>lehetetlenné</w:t>
      </w:r>
      <w:proofErr w:type="spellEnd"/>
      <w:r w:rsidRPr="001D0D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D76">
        <w:rPr>
          <w:rFonts w:ascii="Times New Roman" w:hAnsi="Times New Roman" w:cs="Times New Roman"/>
          <w:sz w:val="24"/>
          <w:szCs w:val="24"/>
        </w:rPr>
        <w:t>teszi</w:t>
      </w:r>
      <w:proofErr w:type="spellEnd"/>
      <w:r w:rsidRPr="001D0D76">
        <w:rPr>
          <w:rFonts w:ascii="Times New Roman" w:hAnsi="Times New Roman" w:cs="Times New Roman"/>
          <w:sz w:val="24"/>
          <w:szCs w:val="24"/>
        </w:rPr>
        <w:t>.</w:t>
      </w:r>
    </w:p>
    <w:p w:rsidR="00BF2360" w:rsidRPr="001D0D76" w:rsidRDefault="001D0D76" w:rsidP="001D0D7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D0D76">
        <w:rPr>
          <w:rFonts w:ascii="Times New Roman" w:hAnsi="Times New Roman" w:cs="Times New Roman"/>
          <w:sz w:val="24"/>
          <w:szCs w:val="24"/>
        </w:rPr>
        <w:t>Kérem</w:t>
      </w:r>
      <w:proofErr w:type="spellEnd"/>
      <w:r w:rsidRPr="001D0D7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D0D76">
        <w:rPr>
          <w:rFonts w:ascii="Times New Roman" w:hAnsi="Times New Roman" w:cs="Times New Roman"/>
          <w:sz w:val="24"/>
          <w:szCs w:val="24"/>
        </w:rPr>
        <w:t>hogy</w:t>
      </w:r>
      <w:proofErr w:type="spellEnd"/>
      <w:r w:rsidRPr="001D0D7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D0D76">
        <w:rPr>
          <w:rFonts w:ascii="Times New Roman" w:hAnsi="Times New Roman" w:cs="Times New Roman"/>
          <w:sz w:val="24"/>
          <w:szCs w:val="24"/>
        </w:rPr>
        <w:t>munkáltató</w:t>
      </w:r>
      <w:proofErr w:type="spellEnd"/>
      <w:r w:rsidRPr="001D0D76">
        <w:rPr>
          <w:rFonts w:ascii="Times New Roman" w:hAnsi="Times New Roman" w:cs="Times New Roman"/>
          <w:sz w:val="24"/>
          <w:szCs w:val="24"/>
        </w:rPr>
        <w:t xml:space="preserve"> tulajdonát képező tárgyakat, iratokat és eszközöket halad</w:t>
      </w:r>
      <w:r w:rsidRPr="001D0D76">
        <w:rPr>
          <w:rFonts w:ascii="Times New Roman" w:hAnsi="Times New Roman" w:cs="Times New Roman"/>
          <w:sz w:val="24"/>
          <w:szCs w:val="24"/>
        </w:rPr>
        <w:t>éktalanul adja át, és a munkaviszonya megszüntetéséhez szükséges adminisztratív teendők ellátásában működjön közre.</w:t>
      </w:r>
    </w:p>
    <w:p w:rsidR="00BF2360" w:rsidRPr="001D0D76" w:rsidRDefault="001D0D76" w:rsidP="001D0D76">
      <w:pPr>
        <w:jc w:val="both"/>
        <w:rPr>
          <w:rFonts w:ascii="Times New Roman" w:hAnsi="Times New Roman" w:cs="Times New Roman"/>
          <w:sz w:val="24"/>
          <w:szCs w:val="24"/>
        </w:rPr>
      </w:pPr>
      <w:r w:rsidRPr="001D0D76">
        <w:rPr>
          <w:rFonts w:ascii="Times New Roman" w:hAnsi="Times New Roman" w:cs="Times New Roman"/>
          <w:sz w:val="24"/>
          <w:szCs w:val="24"/>
        </w:rPr>
        <w:br/>
        <w:t>Kelt: [város], [év] [hónap] [nap]</w:t>
      </w:r>
    </w:p>
    <w:p w:rsidR="00BF2360" w:rsidRPr="001D0D76" w:rsidRDefault="001D0D76" w:rsidP="001D0D76">
      <w:pPr>
        <w:jc w:val="both"/>
        <w:rPr>
          <w:rFonts w:ascii="Times New Roman" w:hAnsi="Times New Roman" w:cs="Times New Roman"/>
          <w:sz w:val="24"/>
          <w:szCs w:val="24"/>
        </w:rPr>
      </w:pPr>
      <w:r w:rsidRPr="001D0D76">
        <w:rPr>
          <w:rFonts w:ascii="Times New Roman" w:hAnsi="Times New Roman" w:cs="Times New Roman"/>
          <w:sz w:val="24"/>
          <w:szCs w:val="24"/>
        </w:rPr>
        <w:br/>
        <w:t>[Munkáltató neve]</w:t>
      </w:r>
    </w:p>
    <w:p w:rsidR="00BF2360" w:rsidRPr="001D0D76" w:rsidRDefault="001D0D76" w:rsidP="001D0D76">
      <w:pPr>
        <w:jc w:val="both"/>
        <w:rPr>
          <w:rFonts w:ascii="Times New Roman" w:hAnsi="Times New Roman" w:cs="Times New Roman"/>
          <w:sz w:val="24"/>
          <w:szCs w:val="24"/>
        </w:rPr>
      </w:pPr>
      <w:r w:rsidRPr="001D0D76">
        <w:rPr>
          <w:rFonts w:ascii="Times New Roman" w:hAnsi="Times New Roman" w:cs="Times New Roman"/>
          <w:sz w:val="24"/>
          <w:szCs w:val="24"/>
        </w:rPr>
        <w:t>Aláírás: __________________________</w:t>
      </w:r>
    </w:p>
    <w:p w:rsidR="00BF2360" w:rsidRPr="001D0D76" w:rsidRDefault="001D0D76" w:rsidP="001D0D76">
      <w:pPr>
        <w:jc w:val="both"/>
        <w:rPr>
          <w:rFonts w:ascii="Times New Roman" w:hAnsi="Times New Roman" w:cs="Times New Roman"/>
          <w:sz w:val="24"/>
          <w:szCs w:val="24"/>
        </w:rPr>
      </w:pPr>
      <w:r w:rsidRPr="001D0D76">
        <w:rPr>
          <w:rFonts w:ascii="Times New Roman" w:hAnsi="Times New Roman" w:cs="Times New Roman"/>
          <w:sz w:val="24"/>
          <w:szCs w:val="24"/>
        </w:rPr>
        <w:t>Pozíció: __________________________</w:t>
      </w:r>
    </w:p>
    <w:sectPr w:rsidR="00BF2360" w:rsidRPr="001D0D7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D0D76"/>
    <w:rsid w:val="0029639D"/>
    <w:rsid w:val="00326F90"/>
    <w:rsid w:val="00AA1D8D"/>
    <w:rsid w:val="00B47730"/>
    <w:rsid w:val="00BF236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A4C0C2"/>
  <w14:defaultImageDpi w14:val="300"/>
  <w15:docId w15:val="{DDA1F704-5A90-4AAC-BBE5-9197C8C7A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1251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István Dr. Varga</cp:lastModifiedBy>
  <cp:revision>2</cp:revision>
  <dcterms:created xsi:type="dcterms:W3CDTF">2025-05-05T07:52:00Z</dcterms:created>
  <dcterms:modified xsi:type="dcterms:W3CDTF">2025-05-05T07:52:00Z</dcterms:modified>
  <cp:category/>
</cp:coreProperties>
</file>