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B0226" w:rsidRPr="00171413" w:rsidRDefault="008B5ECC">
      <w:pPr>
        <w:rPr>
          <w:rFonts w:ascii="Times New Roman" w:hAnsi="Times New Roman" w:cs="Times New Roman"/>
          <w:sz w:val="24"/>
          <w:szCs w:val="24"/>
        </w:rPr>
      </w:pPr>
      <w:r w:rsidRPr="00171413">
        <w:rPr>
          <w:rFonts w:ascii="Times New Roman" w:hAnsi="Times New Roman" w:cs="Times New Roman"/>
          <w:sz w:val="24"/>
          <w:szCs w:val="24"/>
        </w:rPr>
        <w:t>Cégnév: [cégnév]</w:t>
      </w:r>
    </w:p>
    <w:p w:rsidR="007B0226" w:rsidRPr="00171413" w:rsidRDefault="008B5ECC">
      <w:pPr>
        <w:rPr>
          <w:rFonts w:ascii="Times New Roman" w:hAnsi="Times New Roman" w:cs="Times New Roman"/>
          <w:sz w:val="24"/>
          <w:szCs w:val="24"/>
        </w:rPr>
      </w:pPr>
      <w:r w:rsidRPr="00171413">
        <w:rPr>
          <w:rFonts w:ascii="Times New Roman" w:hAnsi="Times New Roman" w:cs="Times New Roman"/>
          <w:sz w:val="24"/>
          <w:szCs w:val="24"/>
        </w:rPr>
        <w:t>Székhely: [székhely]</w:t>
      </w:r>
    </w:p>
    <w:p w:rsidR="007B0226" w:rsidRPr="00171413" w:rsidRDefault="008B5ECC">
      <w:pPr>
        <w:rPr>
          <w:rFonts w:ascii="Times New Roman" w:hAnsi="Times New Roman" w:cs="Times New Roman"/>
          <w:sz w:val="24"/>
          <w:szCs w:val="24"/>
        </w:rPr>
      </w:pPr>
      <w:r w:rsidRPr="00171413">
        <w:rPr>
          <w:rFonts w:ascii="Times New Roman" w:hAnsi="Times New Roman" w:cs="Times New Roman"/>
          <w:sz w:val="24"/>
          <w:szCs w:val="24"/>
        </w:rPr>
        <w:t>Cégjegyzékszám: [cégjegyzékszám]</w:t>
      </w:r>
    </w:p>
    <w:p w:rsidR="007B0226" w:rsidRPr="00171413" w:rsidRDefault="008B5ECC">
      <w:pPr>
        <w:rPr>
          <w:rFonts w:ascii="Times New Roman" w:hAnsi="Times New Roman" w:cs="Times New Roman"/>
          <w:sz w:val="24"/>
          <w:szCs w:val="24"/>
        </w:rPr>
      </w:pPr>
      <w:r w:rsidRPr="00171413">
        <w:rPr>
          <w:rFonts w:ascii="Times New Roman" w:hAnsi="Times New Roman" w:cs="Times New Roman"/>
          <w:sz w:val="24"/>
          <w:szCs w:val="24"/>
        </w:rPr>
        <w:t>Adószám: [adószám]</w:t>
      </w:r>
    </w:p>
    <w:p w:rsidR="007B0226" w:rsidRPr="00171413" w:rsidRDefault="007B022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7B0226" w:rsidRPr="008B5ECC" w:rsidRDefault="008B5ECC" w:rsidP="00171413">
      <w:pPr>
        <w:pStyle w:val="Cmsor2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proofErr w:type="spellStart"/>
      <w:r w:rsidRPr="008B5ECC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Tárgy</w:t>
      </w:r>
      <w:proofErr w:type="spellEnd"/>
      <w:r w:rsidRPr="008B5ECC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: </w:t>
      </w:r>
      <w:proofErr w:type="spellStart"/>
      <w:r w:rsidRPr="008B5ECC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Munkaviszony</w:t>
      </w:r>
      <w:proofErr w:type="spellEnd"/>
      <w:r w:rsidRPr="008B5ECC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</w:t>
      </w:r>
      <w:proofErr w:type="spellStart"/>
      <w:r w:rsidRPr="008B5ECC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megszüntetése</w:t>
      </w:r>
      <w:proofErr w:type="spellEnd"/>
      <w:r w:rsidRPr="008B5ECC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</w:t>
      </w:r>
      <w:proofErr w:type="spellStart"/>
      <w:r w:rsidRPr="008B5ECC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munkáltatói</w:t>
      </w:r>
      <w:proofErr w:type="spellEnd"/>
      <w:r w:rsidRPr="008B5ECC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</w:t>
      </w:r>
      <w:proofErr w:type="spellStart"/>
      <w:r w:rsidRPr="008B5ECC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felmondással</w:t>
      </w:r>
      <w:proofErr w:type="spellEnd"/>
    </w:p>
    <w:p w:rsidR="00171413" w:rsidRPr="00171413" w:rsidRDefault="00171413" w:rsidP="00171413"/>
    <w:p w:rsidR="00171413" w:rsidRDefault="008B5ECC" w:rsidP="00171413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71413">
        <w:rPr>
          <w:rFonts w:ascii="Times New Roman" w:hAnsi="Times New Roman" w:cs="Times New Roman"/>
          <w:sz w:val="24"/>
          <w:szCs w:val="24"/>
        </w:rPr>
        <w:t>Tisztelt</w:t>
      </w:r>
      <w:proofErr w:type="spellEnd"/>
      <w:r w:rsidRPr="00171413">
        <w:rPr>
          <w:rFonts w:ascii="Times New Roman" w:hAnsi="Times New Roman" w:cs="Times New Roman"/>
          <w:sz w:val="24"/>
          <w:szCs w:val="24"/>
        </w:rPr>
        <w:t xml:space="preserve"> [</w:t>
      </w:r>
      <w:proofErr w:type="spellStart"/>
      <w:r w:rsidRPr="00171413">
        <w:rPr>
          <w:rFonts w:ascii="Times New Roman" w:hAnsi="Times New Roman" w:cs="Times New Roman"/>
          <w:sz w:val="24"/>
          <w:szCs w:val="24"/>
        </w:rPr>
        <w:t>Munkavállaló</w:t>
      </w:r>
      <w:proofErr w:type="spellEnd"/>
      <w:r w:rsidRPr="00171413">
        <w:rPr>
          <w:rFonts w:ascii="Times New Roman" w:hAnsi="Times New Roman" w:cs="Times New Roman"/>
          <w:sz w:val="24"/>
          <w:szCs w:val="24"/>
        </w:rPr>
        <w:t xml:space="preserve"> neve]!</w:t>
      </w:r>
    </w:p>
    <w:p w:rsidR="007B0226" w:rsidRPr="00171413" w:rsidRDefault="008B5ECC" w:rsidP="00171413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71413">
        <w:rPr>
          <w:rFonts w:ascii="Times New Roman" w:hAnsi="Times New Roman" w:cs="Times New Roman"/>
          <w:sz w:val="24"/>
          <w:szCs w:val="24"/>
        </w:rPr>
        <w:t>Ezúton</w:t>
      </w:r>
      <w:proofErr w:type="spellEnd"/>
      <w:r w:rsidRPr="001714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413">
        <w:rPr>
          <w:rFonts w:ascii="Times New Roman" w:hAnsi="Times New Roman" w:cs="Times New Roman"/>
          <w:sz w:val="24"/>
          <w:szCs w:val="24"/>
        </w:rPr>
        <w:t>tájékoztatom</w:t>
      </w:r>
      <w:proofErr w:type="spellEnd"/>
      <w:r w:rsidRPr="0017141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71413">
        <w:rPr>
          <w:rFonts w:ascii="Times New Roman" w:hAnsi="Times New Roman" w:cs="Times New Roman"/>
          <w:sz w:val="24"/>
          <w:szCs w:val="24"/>
        </w:rPr>
        <w:t>hogy</w:t>
      </w:r>
      <w:proofErr w:type="spellEnd"/>
      <w:r w:rsidRPr="00171413">
        <w:rPr>
          <w:rFonts w:ascii="Times New Roman" w:hAnsi="Times New Roman" w:cs="Times New Roman"/>
          <w:sz w:val="24"/>
          <w:szCs w:val="24"/>
        </w:rPr>
        <w:t xml:space="preserve"> a [cégnév]-nél fennálló, [év] [hónap] </w:t>
      </w:r>
      <w:r w:rsidRPr="00171413">
        <w:rPr>
          <w:rFonts w:ascii="Times New Roman" w:hAnsi="Times New Roman" w:cs="Times New Roman"/>
          <w:sz w:val="24"/>
          <w:szCs w:val="24"/>
        </w:rPr>
        <w:t>[nap]-án kezdődött, határozatlan időtartamú munkaviszonyát a Munka Törvénykönyvéről szóló 2012. évi I. törvény 66. § (1) bekezdése alapján, rendes felmondással megszüntetem.</w:t>
      </w:r>
      <w:r w:rsidRPr="00171413">
        <w:rPr>
          <w:rFonts w:ascii="Times New Roman" w:hAnsi="Times New Roman" w:cs="Times New Roman"/>
          <w:sz w:val="24"/>
          <w:szCs w:val="24"/>
        </w:rPr>
        <w:br/>
      </w:r>
    </w:p>
    <w:p w:rsidR="008B5ECC" w:rsidRDefault="008B5ECC" w:rsidP="00171413">
      <w:pPr>
        <w:jc w:val="both"/>
        <w:rPr>
          <w:rFonts w:ascii="Times New Roman" w:hAnsi="Times New Roman" w:cs="Times New Roman"/>
          <w:sz w:val="24"/>
          <w:szCs w:val="24"/>
        </w:rPr>
      </w:pPr>
      <w:r w:rsidRPr="00171413">
        <w:rPr>
          <w:rFonts w:ascii="Times New Roman" w:hAnsi="Times New Roman" w:cs="Times New Roman"/>
          <w:sz w:val="24"/>
          <w:szCs w:val="24"/>
        </w:rPr>
        <w:t>A felmondás indoka: [itt kerül részletezésre a felmondás konkrét oka – pl. a munk</w:t>
      </w:r>
      <w:r w:rsidRPr="00171413">
        <w:rPr>
          <w:rFonts w:ascii="Times New Roman" w:hAnsi="Times New Roman" w:cs="Times New Roman"/>
          <w:sz w:val="24"/>
          <w:szCs w:val="24"/>
        </w:rPr>
        <w:t xml:space="preserve">akör megszűnése, átszervezés, a munkavállaló munkájának tartósan nem megfelelő </w:t>
      </w:r>
      <w:proofErr w:type="spellStart"/>
      <w:r w:rsidRPr="00171413">
        <w:rPr>
          <w:rFonts w:ascii="Times New Roman" w:hAnsi="Times New Roman" w:cs="Times New Roman"/>
          <w:sz w:val="24"/>
          <w:szCs w:val="24"/>
        </w:rPr>
        <w:t>teljesítménye</w:t>
      </w:r>
      <w:proofErr w:type="spellEnd"/>
      <w:r w:rsidRPr="0017141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71413">
        <w:rPr>
          <w:rFonts w:ascii="Times New Roman" w:hAnsi="Times New Roman" w:cs="Times New Roman"/>
          <w:sz w:val="24"/>
          <w:szCs w:val="24"/>
        </w:rPr>
        <w:t>együttműködési</w:t>
      </w:r>
      <w:proofErr w:type="spellEnd"/>
      <w:r w:rsidRPr="001714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413">
        <w:rPr>
          <w:rFonts w:ascii="Times New Roman" w:hAnsi="Times New Roman" w:cs="Times New Roman"/>
          <w:sz w:val="24"/>
          <w:szCs w:val="24"/>
        </w:rPr>
        <w:t>problémák</w:t>
      </w:r>
      <w:proofErr w:type="spellEnd"/>
      <w:r w:rsidRPr="001714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413">
        <w:rPr>
          <w:rFonts w:ascii="Times New Roman" w:hAnsi="Times New Roman" w:cs="Times New Roman"/>
          <w:sz w:val="24"/>
          <w:szCs w:val="24"/>
        </w:rPr>
        <w:t>stb</w:t>
      </w:r>
      <w:proofErr w:type="spellEnd"/>
      <w:r w:rsidRPr="00171413">
        <w:rPr>
          <w:rFonts w:ascii="Times New Roman" w:hAnsi="Times New Roman" w:cs="Times New Roman"/>
          <w:sz w:val="24"/>
          <w:szCs w:val="24"/>
        </w:rPr>
        <w:t>.].</w:t>
      </w:r>
    </w:p>
    <w:p w:rsidR="007B0226" w:rsidRPr="00171413" w:rsidRDefault="008B5ECC" w:rsidP="00171413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71413">
        <w:rPr>
          <w:rFonts w:ascii="Times New Roman" w:hAnsi="Times New Roman" w:cs="Times New Roman"/>
          <w:sz w:val="24"/>
          <w:szCs w:val="24"/>
        </w:rPr>
        <w:t>Tájékoztatom</w:t>
      </w:r>
      <w:proofErr w:type="spellEnd"/>
      <w:r w:rsidRPr="0017141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71413">
        <w:rPr>
          <w:rFonts w:ascii="Times New Roman" w:hAnsi="Times New Roman" w:cs="Times New Roman"/>
          <w:sz w:val="24"/>
          <w:szCs w:val="24"/>
        </w:rPr>
        <w:t>hogy</w:t>
      </w:r>
      <w:proofErr w:type="spellEnd"/>
      <w:r w:rsidRPr="0017141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71413">
        <w:rPr>
          <w:rFonts w:ascii="Times New Roman" w:hAnsi="Times New Roman" w:cs="Times New Roman"/>
          <w:sz w:val="24"/>
          <w:szCs w:val="24"/>
        </w:rPr>
        <w:t>felmondási</w:t>
      </w:r>
      <w:proofErr w:type="spellEnd"/>
      <w:r w:rsidRPr="00171413">
        <w:rPr>
          <w:rFonts w:ascii="Times New Roman" w:hAnsi="Times New Roman" w:cs="Times New Roman"/>
          <w:sz w:val="24"/>
          <w:szCs w:val="24"/>
        </w:rPr>
        <w:t xml:space="preserve"> idő [X] nap, amely [év] [hónap] [nap]-tól kezdődik. A felmondási idő alatt köteles munkát végezni</w:t>
      </w:r>
      <w:r w:rsidRPr="00171413">
        <w:rPr>
          <w:rFonts w:ascii="Times New Roman" w:hAnsi="Times New Roman" w:cs="Times New Roman"/>
          <w:sz w:val="24"/>
          <w:szCs w:val="24"/>
        </w:rPr>
        <w:t>, kivéve, ha a munkáltató mentesíti ez alól.</w:t>
      </w:r>
      <w:r w:rsidRPr="00171413">
        <w:rPr>
          <w:rFonts w:ascii="Times New Roman" w:hAnsi="Times New Roman" w:cs="Times New Roman"/>
          <w:sz w:val="24"/>
          <w:szCs w:val="24"/>
        </w:rPr>
        <w:br/>
      </w:r>
    </w:p>
    <w:p w:rsidR="008B5ECC" w:rsidRDefault="008B5ECC" w:rsidP="00171413">
      <w:pPr>
        <w:jc w:val="both"/>
        <w:rPr>
          <w:rFonts w:ascii="Times New Roman" w:hAnsi="Times New Roman" w:cs="Times New Roman"/>
          <w:sz w:val="24"/>
          <w:szCs w:val="24"/>
        </w:rPr>
      </w:pPr>
      <w:r w:rsidRPr="00171413">
        <w:rPr>
          <w:rFonts w:ascii="Times New Roman" w:hAnsi="Times New Roman" w:cs="Times New Roman"/>
          <w:sz w:val="24"/>
          <w:szCs w:val="24"/>
        </w:rPr>
        <w:t>Kérem, hogy az Ön birtokában lévő, a munkáltató tulajdonát képező eszközöket és iratokat legkésőbb az utolsó munkanapján adja át a közvetlen felettesének. A munkaviszony megszűnésekor a törvényben előírt igazol</w:t>
      </w:r>
      <w:r w:rsidRPr="00171413">
        <w:rPr>
          <w:rFonts w:ascii="Times New Roman" w:hAnsi="Times New Roman" w:cs="Times New Roman"/>
          <w:sz w:val="24"/>
          <w:szCs w:val="24"/>
        </w:rPr>
        <w:t xml:space="preserve">ásokat kiadjuk, valamint gondoskodunk az Ön részére járó végkielégítés és egyéb járandóságok </w:t>
      </w:r>
      <w:proofErr w:type="spellStart"/>
      <w:r w:rsidRPr="00171413">
        <w:rPr>
          <w:rFonts w:ascii="Times New Roman" w:hAnsi="Times New Roman" w:cs="Times New Roman"/>
          <w:sz w:val="24"/>
          <w:szCs w:val="24"/>
        </w:rPr>
        <w:t>elszámolásáról</w:t>
      </w:r>
      <w:proofErr w:type="spellEnd"/>
      <w:r w:rsidRPr="0017141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71413">
        <w:rPr>
          <w:rFonts w:ascii="Times New Roman" w:hAnsi="Times New Roman" w:cs="Times New Roman"/>
          <w:sz w:val="24"/>
          <w:szCs w:val="24"/>
        </w:rPr>
        <w:t>amennyiben</w:t>
      </w:r>
      <w:proofErr w:type="spellEnd"/>
      <w:r w:rsidRPr="001714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413">
        <w:rPr>
          <w:rFonts w:ascii="Times New Roman" w:hAnsi="Times New Roman" w:cs="Times New Roman"/>
          <w:sz w:val="24"/>
          <w:szCs w:val="24"/>
        </w:rPr>
        <w:t>azokra</w:t>
      </w:r>
      <w:proofErr w:type="spellEnd"/>
      <w:r w:rsidRPr="001714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1413">
        <w:rPr>
          <w:rFonts w:ascii="Times New Roman" w:hAnsi="Times New Roman" w:cs="Times New Roman"/>
          <w:sz w:val="24"/>
          <w:szCs w:val="24"/>
        </w:rPr>
        <w:t>jogosult</w:t>
      </w:r>
      <w:proofErr w:type="spellEnd"/>
      <w:r w:rsidRPr="00171413">
        <w:rPr>
          <w:rFonts w:ascii="Times New Roman" w:hAnsi="Times New Roman" w:cs="Times New Roman"/>
          <w:sz w:val="24"/>
          <w:szCs w:val="24"/>
        </w:rPr>
        <w:t>.</w:t>
      </w:r>
    </w:p>
    <w:p w:rsidR="008B5ECC" w:rsidRDefault="008B5ECC" w:rsidP="0017141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B0226" w:rsidRPr="00171413" w:rsidRDefault="008B5ECC" w:rsidP="00171413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71413">
        <w:rPr>
          <w:rFonts w:ascii="Times New Roman" w:hAnsi="Times New Roman" w:cs="Times New Roman"/>
          <w:sz w:val="24"/>
          <w:szCs w:val="24"/>
        </w:rPr>
        <w:t>Kelt</w:t>
      </w:r>
      <w:proofErr w:type="spellEnd"/>
      <w:r w:rsidRPr="00171413">
        <w:rPr>
          <w:rFonts w:ascii="Times New Roman" w:hAnsi="Times New Roman" w:cs="Times New Roman"/>
          <w:sz w:val="24"/>
          <w:szCs w:val="24"/>
        </w:rPr>
        <w:t>: [</w:t>
      </w:r>
      <w:proofErr w:type="spellStart"/>
      <w:r w:rsidRPr="00171413">
        <w:rPr>
          <w:rFonts w:ascii="Times New Roman" w:hAnsi="Times New Roman" w:cs="Times New Roman"/>
          <w:sz w:val="24"/>
          <w:szCs w:val="24"/>
        </w:rPr>
        <w:t>város</w:t>
      </w:r>
      <w:proofErr w:type="spellEnd"/>
      <w:r w:rsidRPr="00171413">
        <w:rPr>
          <w:rFonts w:ascii="Times New Roman" w:hAnsi="Times New Roman" w:cs="Times New Roman"/>
          <w:sz w:val="24"/>
          <w:szCs w:val="24"/>
        </w:rPr>
        <w:t>], [</w:t>
      </w:r>
      <w:proofErr w:type="spellStart"/>
      <w:r w:rsidRPr="00171413">
        <w:rPr>
          <w:rFonts w:ascii="Times New Roman" w:hAnsi="Times New Roman" w:cs="Times New Roman"/>
          <w:sz w:val="24"/>
          <w:szCs w:val="24"/>
        </w:rPr>
        <w:t>év</w:t>
      </w:r>
      <w:proofErr w:type="spellEnd"/>
      <w:r w:rsidRPr="00171413">
        <w:rPr>
          <w:rFonts w:ascii="Times New Roman" w:hAnsi="Times New Roman" w:cs="Times New Roman"/>
          <w:sz w:val="24"/>
          <w:szCs w:val="24"/>
        </w:rPr>
        <w:t>] [</w:t>
      </w:r>
      <w:proofErr w:type="spellStart"/>
      <w:r w:rsidRPr="00171413">
        <w:rPr>
          <w:rFonts w:ascii="Times New Roman" w:hAnsi="Times New Roman" w:cs="Times New Roman"/>
          <w:sz w:val="24"/>
          <w:szCs w:val="24"/>
        </w:rPr>
        <w:t>hónap</w:t>
      </w:r>
      <w:proofErr w:type="spellEnd"/>
      <w:r w:rsidRPr="00171413">
        <w:rPr>
          <w:rFonts w:ascii="Times New Roman" w:hAnsi="Times New Roman" w:cs="Times New Roman"/>
          <w:sz w:val="24"/>
          <w:szCs w:val="24"/>
        </w:rPr>
        <w:t>] [nap]</w:t>
      </w:r>
    </w:p>
    <w:p w:rsidR="007B0226" w:rsidRPr="00171413" w:rsidRDefault="008B5ECC" w:rsidP="00171413">
      <w:pPr>
        <w:jc w:val="both"/>
        <w:rPr>
          <w:rFonts w:ascii="Times New Roman" w:hAnsi="Times New Roman" w:cs="Times New Roman"/>
          <w:sz w:val="24"/>
          <w:szCs w:val="24"/>
        </w:rPr>
      </w:pPr>
      <w:r w:rsidRPr="00171413">
        <w:rPr>
          <w:rFonts w:ascii="Times New Roman" w:hAnsi="Times New Roman" w:cs="Times New Roman"/>
          <w:sz w:val="24"/>
          <w:szCs w:val="24"/>
        </w:rPr>
        <w:br/>
        <w:t>[Munkáltató neve]</w:t>
      </w:r>
    </w:p>
    <w:p w:rsidR="007B0226" w:rsidRPr="00171413" w:rsidRDefault="008B5ECC" w:rsidP="00171413">
      <w:pPr>
        <w:jc w:val="both"/>
        <w:rPr>
          <w:rFonts w:ascii="Times New Roman" w:hAnsi="Times New Roman" w:cs="Times New Roman"/>
          <w:sz w:val="24"/>
          <w:szCs w:val="24"/>
        </w:rPr>
      </w:pPr>
      <w:r w:rsidRPr="00171413">
        <w:rPr>
          <w:rFonts w:ascii="Times New Roman" w:hAnsi="Times New Roman" w:cs="Times New Roman"/>
          <w:sz w:val="24"/>
          <w:szCs w:val="24"/>
        </w:rPr>
        <w:t>Aláírás: __________________________</w:t>
      </w:r>
    </w:p>
    <w:p w:rsidR="007B0226" w:rsidRPr="00171413" w:rsidRDefault="008B5ECC" w:rsidP="00171413">
      <w:pPr>
        <w:jc w:val="both"/>
        <w:rPr>
          <w:rFonts w:ascii="Times New Roman" w:hAnsi="Times New Roman" w:cs="Times New Roman"/>
        </w:rPr>
      </w:pPr>
      <w:r w:rsidRPr="00171413">
        <w:rPr>
          <w:rFonts w:ascii="Times New Roman" w:hAnsi="Times New Roman" w:cs="Times New Roman"/>
          <w:sz w:val="24"/>
          <w:szCs w:val="24"/>
        </w:rPr>
        <w:t>Pozíció: ___________________</w:t>
      </w:r>
      <w:r w:rsidRPr="00171413">
        <w:rPr>
          <w:rFonts w:ascii="Times New Roman" w:hAnsi="Times New Roman" w:cs="Times New Roman"/>
          <w:sz w:val="24"/>
          <w:szCs w:val="24"/>
        </w:rPr>
        <w:t>______</w:t>
      </w:r>
      <w:r w:rsidRPr="00171413">
        <w:rPr>
          <w:rFonts w:ascii="Times New Roman" w:hAnsi="Times New Roman" w:cs="Times New Roman"/>
        </w:rPr>
        <w:t>_</w:t>
      </w:r>
    </w:p>
    <w:sectPr w:rsidR="007B0226" w:rsidRPr="00171413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zmozottlist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zmozottlist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Felsorol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Felsorol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zmozott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71413"/>
    <w:rsid w:val="0029639D"/>
    <w:rsid w:val="00326F90"/>
    <w:rsid w:val="007B0226"/>
    <w:rsid w:val="008B5ECC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D4A35A"/>
  <w14:defaultImageDpi w14:val="300"/>
  <w15:docId w15:val="{FEA51793-5392-4EF3-AD97-08F18B0BC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C693F"/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kiemel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1114</Characters>
  <Application>Microsoft Office Word</Application>
  <DocSecurity>0</DocSecurity>
  <Lines>9</Lines>
  <Paragraphs>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1273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István Dr. Varga</cp:lastModifiedBy>
  <cp:revision>2</cp:revision>
  <dcterms:created xsi:type="dcterms:W3CDTF">2025-05-05T07:48:00Z</dcterms:created>
  <dcterms:modified xsi:type="dcterms:W3CDTF">2025-05-05T07:48:00Z</dcterms:modified>
  <cp:category/>
</cp:coreProperties>
</file>