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1B4B9" w14:textId="77777777" w:rsidR="00A71682" w:rsidRPr="00C84BCF" w:rsidRDefault="00C84BCF" w:rsidP="00C84BCF">
      <w:pPr>
        <w:pStyle w:val="Cmsor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C84BCF">
        <w:rPr>
          <w:rFonts w:ascii="Times New Roman" w:hAnsi="Times New Roman" w:cs="Times New Roman"/>
          <w:color w:val="auto"/>
          <w:sz w:val="24"/>
          <w:szCs w:val="24"/>
        </w:rPr>
        <w:t>MUNKASZERZŐDÉS</w:t>
      </w:r>
    </w:p>
    <w:p w14:paraId="0C9EF267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amely létrejött egyrészről:</w:t>
      </w:r>
      <w:r w:rsidRPr="00C84BCF">
        <w:rPr>
          <w:rFonts w:ascii="Times New Roman" w:hAnsi="Times New Roman" w:cs="Times New Roman"/>
          <w:sz w:val="24"/>
          <w:szCs w:val="24"/>
        </w:rPr>
        <w:br/>
        <w:t>[cégnév] (székhely: ..., cégjegyzékszám: ..., adószám: ...) mint munkáltató (a továbbiakban: Munkáltató),</w:t>
      </w:r>
    </w:p>
    <w:p w14:paraId="48C6210D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másrészről:</w:t>
      </w:r>
      <w:r w:rsidRPr="00C84BCF">
        <w:rPr>
          <w:rFonts w:ascii="Times New Roman" w:hAnsi="Times New Roman" w:cs="Times New Roman"/>
          <w:sz w:val="24"/>
          <w:szCs w:val="24"/>
        </w:rPr>
        <w:br/>
        <w:t xml:space="preserve">[név] (születési helye és ideje: ..., anyja neve: ..., lakóhelye: ..., </w:t>
      </w:r>
      <w:r w:rsidRPr="00C84BCF">
        <w:rPr>
          <w:rFonts w:ascii="Times New Roman" w:hAnsi="Times New Roman" w:cs="Times New Roman"/>
          <w:sz w:val="24"/>
          <w:szCs w:val="24"/>
        </w:rPr>
        <w:t>adóazonosító jele: ..., TAJ száma: ...) mint munkavállaló (a továbbiakban: Munkavállaló)</w:t>
      </w:r>
      <w:r w:rsidRPr="00C84BCF">
        <w:rPr>
          <w:rFonts w:ascii="Times New Roman" w:hAnsi="Times New Roman" w:cs="Times New Roman"/>
          <w:sz w:val="24"/>
          <w:szCs w:val="24"/>
        </w:rPr>
        <w:br/>
      </w:r>
    </w:p>
    <w:p w14:paraId="73EEBC12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(a továbbiakban együtt: Felek) között, az alábbi feltételekkel:</w:t>
      </w:r>
    </w:p>
    <w:p w14:paraId="28B20244" w14:textId="77777777" w:rsidR="00A71682" w:rsidRPr="00C84BCF" w:rsidRDefault="00C84BCF" w:rsidP="00C84BCF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84BCF">
        <w:rPr>
          <w:rFonts w:ascii="Times New Roman" w:hAnsi="Times New Roman" w:cs="Times New Roman"/>
          <w:color w:val="auto"/>
          <w:sz w:val="24"/>
          <w:szCs w:val="24"/>
        </w:rPr>
        <w:t>I. Általános rendelkezések</w:t>
      </w:r>
    </w:p>
    <w:p w14:paraId="500DAAC4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1. A Felek jelen szerződés aláírásával munkaviszonyt létesítenek.</w:t>
      </w:r>
    </w:p>
    <w:p w14:paraId="375D06A8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2. A munkaviszony kezdete: ...</w:t>
      </w:r>
    </w:p>
    <w:p w14:paraId="06D532A0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3. A munkavégzés helye: ...</w:t>
      </w:r>
    </w:p>
    <w:p w14:paraId="3C03E490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4. A munkakör megnevezése: ...</w:t>
      </w:r>
    </w:p>
    <w:p w14:paraId="7C644A3E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5. A munkaviszony határozatlan időre jön létre.</w:t>
      </w:r>
    </w:p>
    <w:p w14:paraId="2E8115E0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6. A Felek próbaidőben állapodnak meg, amelynek tartama ... hónap.</w:t>
      </w:r>
    </w:p>
    <w:p w14:paraId="2930F4D7" w14:textId="77777777" w:rsidR="00A71682" w:rsidRPr="00C84BCF" w:rsidRDefault="00C84BCF" w:rsidP="00C84BCF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84BCF">
        <w:rPr>
          <w:rFonts w:ascii="Times New Roman" w:hAnsi="Times New Roman" w:cs="Times New Roman"/>
          <w:color w:val="auto"/>
          <w:sz w:val="24"/>
          <w:szCs w:val="24"/>
        </w:rPr>
        <w:t>II. Munkabér</w:t>
      </w:r>
    </w:p>
    <w:p w14:paraId="562D9400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1. A Munkavállaló havi bruttó alapbére: ... Ft (azaz ... forint).</w:t>
      </w:r>
    </w:p>
    <w:p w14:paraId="2D93B12C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2. A munkabér banki átutalással kerül kifizetésre.</w:t>
      </w:r>
    </w:p>
    <w:p w14:paraId="1600B16A" w14:textId="77777777" w:rsidR="00A71682" w:rsidRPr="00C84BCF" w:rsidRDefault="00C84BCF" w:rsidP="00C84BCF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84BCF">
        <w:rPr>
          <w:rFonts w:ascii="Times New Roman" w:hAnsi="Times New Roman" w:cs="Times New Roman"/>
          <w:color w:val="auto"/>
          <w:sz w:val="24"/>
          <w:szCs w:val="24"/>
        </w:rPr>
        <w:t>III. Munkaidő</w:t>
      </w:r>
    </w:p>
    <w:p w14:paraId="33A2ED79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1. A foglalkoztatás teljes munkaidőben történik. A munkaidő mértéke napi ... óra, heti ... óra.</w:t>
      </w:r>
    </w:p>
    <w:p w14:paraId="0C7D1D1E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2. A Munkáltató legfeljebb 1 óra munkaközi szünetet adhat ki.</w:t>
      </w:r>
    </w:p>
    <w:p w14:paraId="36D2B96D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3. A szabadság kiadásánál a Munkavállaló nem köteles tizennégy egybefüggő napra mentesülni a munkavégzés alól.</w:t>
      </w:r>
    </w:p>
    <w:p w14:paraId="4D2066E9" w14:textId="77777777" w:rsidR="00A71682" w:rsidRPr="00C84BCF" w:rsidRDefault="00C84BCF" w:rsidP="00C84BCF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84BCF">
        <w:rPr>
          <w:rFonts w:ascii="Times New Roman" w:hAnsi="Times New Roman" w:cs="Times New Roman"/>
          <w:color w:val="auto"/>
          <w:sz w:val="24"/>
          <w:szCs w:val="24"/>
        </w:rPr>
        <w:t>IV. Vegyes rendelkezések</w:t>
      </w:r>
    </w:p>
    <w:p w14:paraId="6F18CA17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1. A Munkavállaló feladatait köteles szakszerűen, gondosan és a jogszabályoknak megfelelően ellátni.</w:t>
      </w:r>
    </w:p>
    <w:p w14:paraId="250DBF35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2. A Munkavállaló a Munkáltató jogos gazdasági érdekeit köteles tiszteletben tartani, magatartása nem veszélyeztetheti azokat.</w:t>
      </w:r>
    </w:p>
    <w:p w14:paraId="1B6D08A2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lastRenderedPageBreak/>
        <w:t>3. A Munkavállaló köteles üzleti titokként kezelni minden tudomására jutott információt.</w:t>
      </w:r>
    </w:p>
    <w:p w14:paraId="40F0E10E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4. A Munkavállaló kijelenti, hogy az Mt. 46. § (1) bekezdése szerinti tájékoztatást megkapta.</w:t>
      </w:r>
    </w:p>
    <w:p w14:paraId="73F6A462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5. A Munkavállaló elfogadja a Munkáltató belső szabályzatait, utasításait és azokat magára nézve kötelezőnek ismeri el.</w:t>
      </w:r>
    </w:p>
    <w:p w14:paraId="580D3CAF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6. A jelen szerződésben nem szabályozott kérdésekben az Mt. és egyéb munkaviszonyra vonatkozó jogszabályok az irányadók.</w:t>
      </w:r>
    </w:p>
    <w:p w14:paraId="0EDDF3CC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7. Jelen szerződés a Felek teljes megállapodását tartalmazza a munkaviszony létesítésével kapcsolatban.</w:t>
      </w:r>
    </w:p>
    <w:p w14:paraId="73DE9400" w14:textId="77777777" w:rsidR="00A71682" w:rsidRPr="00C84BCF" w:rsidRDefault="00C84BCF" w:rsidP="00C84BCF">
      <w:pPr>
        <w:jc w:val="both"/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br/>
        <w:t>A Felek a jelen munkaszerződést elolvasták, megértették, és mint akaratukkal mindenben megegyezőt, jóváhagyólag aláírják.</w:t>
      </w:r>
      <w:r w:rsidRPr="00C84BCF">
        <w:rPr>
          <w:rFonts w:ascii="Times New Roman" w:hAnsi="Times New Roman" w:cs="Times New Roman"/>
          <w:sz w:val="24"/>
          <w:szCs w:val="24"/>
        </w:rPr>
        <w:br/>
      </w:r>
    </w:p>
    <w:p w14:paraId="3CE0BB5C" w14:textId="77777777" w:rsidR="00A71682" w:rsidRPr="00C84BCF" w:rsidRDefault="00C84BCF">
      <w:pPr>
        <w:rPr>
          <w:rFonts w:ascii="Times New Roman" w:hAnsi="Times New Roman" w:cs="Times New Roman"/>
          <w:sz w:val="24"/>
          <w:szCs w:val="24"/>
        </w:rPr>
      </w:pPr>
      <w:r w:rsidRPr="00C84BCF">
        <w:rPr>
          <w:rFonts w:ascii="Times New Roman" w:hAnsi="Times New Roman" w:cs="Times New Roman"/>
          <w:sz w:val="24"/>
          <w:szCs w:val="24"/>
        </w:rPr>
        <w:t>Kelt: ....................., 20... .................. hó ... napján</w:t>
      </w:r>
      <w:r w:rsidRPr="00C84BCF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C84BCF" w:rsidRPr="00C84BCF" w14:paraId="2FCF2295" w14:textId="77777777">
        <w:tc>
          <w:tcPr>
            <w:tcW w:w="4320" w:type="dxa"/>
          </w:tcPr>
          <w:p w14:paraId="14809FE7" w14:textId="77777777" w:rsidR="00A71682" w:rsidRPr="00C84BCF" w:rsidRDefault="00C84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BCF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</w:t>
            </w:r>
          </w:p>
        </w:tc>
        <w:tc>
          <w:tcPr>
            <w:tcW w:w="4320" w:type="dxa"/>
          </w:tcPr>
          <w:p w14:paraId="25830E7A" w14:textId="77777777" w:rsidR="00A71682" w:rsidRPr="00C84BCF" w:rsidRDefault="00C84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BCF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</w:t>
            </w:r>
          </w:p>
        </w:tc>
      </w:tr>
      <w:tr w:rsidR="00C84BCF" w:rsidRPr="00C84BCF" w14:paraId="290A2202" w14:textId="77777777">
        <w:tc>
          <w:tcPr>
            <w:tcW w:w="4320" w:type="dxa"/>
          </w:tcPr>
          <w:p w14:paraId="386E73D0" w14:textId="77777777" w:rsidR="00A71682" w:rsidRPr="00C84BCF" w:rsidRDefault="00C84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4BCF">
              <w:rPr>
                <w:rFonts w:ascii="Times New Roman" w:hAnsi="Times New Roman" w:cs="Times New Roman"/>
                <w:sz w:val="24"/>
                <w:szCs w:val="24"/>
              </w:rPr>
              <w:t>Munkavállaló</w:t>
            </w:r>
            <w:proofErr w:type="spellEnd"/>
          </w:p>
        </w:tc>
        <w:tc>
          <w:tcPr>
            <w:tcW w:w="4320" w:type="dxa"/>
          </w:tcPr>
          <w:p w14:paraId="005DC98F" w14:textId="77777777" w:rsidR="00A71682" w:rsidRPr="00C84BCF" w:rsidRDefault="00C84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BCF">
              <w:rPr>
                <w:rFonts w:ascii="Times New Roman" w:hAnsi="Times New Roman" w:cs="Times New Roman"/>
                <w:sz w:val="24"/>
                <w:szCs w:val="24"/>
              </w:rPr>
              <w:t>a Munkáltató képviseletében</w:t>
            </w:r>
            <w:r w:rsidRPr="00C84BCF">
              <w:rPr>
                <w:rFonts w:ascii="Times New Roman" w:hAnsi="Times New Roman" w:cs="Times New Roman"/>
                <w:sz w:val="24"/>
                <w:szCs w:val="24"/>
              </w:rPr>
              <w:br/>
              <w:t>név</w:t>
            </w:r>
            <w:r w:rsidRPr="00C84BCF">
              <w:rPr>
                <w:rFonts w:ascii="Times New Roman" w:hAnsi="Times New Roman" w:cs="Times New Roman"/>
                <w:sz w:val="24"/>
                <w:szCs w:val="24"/>
              </w:rPr>
              <w:br/>
              <w:t>pozíció</w:t>
            </w:r>
          </w:p>
        </w:tc>
      </w:tr>
    </w:tbl>
    <w:p w14:paraId="04C75CE8" w14:textId="77777777" w:rsidR="00C84BCF" w:rsidRDefault="00C84BCF"/>
    <w:sectPr w:rsidR="0000000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95997071">
    <w:abstractNumId w:val="8"/>
  </w:num>
  <w:num w:numId="2" w16cid:durableId="1605308550">
    <w:abstractNumId w:val="6"/>
  </w:num>
  <w:num w:numId="3" w16cid:durableId="523062086">
    <w:abstractNumId w:val="5"/>
  </w:num>
  <w:num w:numId="4" w16cid:durableId="1952123686">
    <w:abstractNumId w:val="4"/>
  </w:num>
  <w:num w:numId="5" w16cid:durableId="249511633">
    <w:abstractNumId w:val="7"/>
  </w:num>
  <w:num w:numId="6" w16cid:durableId="855076307">
    <w:abstractNumId w:val="3"/>
  </w:num>
  <w:num w:numId="7" w16cid:durableId="904991162">
    <w:abstractNumId w:val="2"/>
  </w:num>
  <w:num w:numId="8" w16cid:durableId="1145588967">
    <w:abstractNumId w:val="1"/>
  </w:num>
  <w:num w:numId="9" w16cid:durableId="133766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64D4E"/>
    <w:rsid w:val="0029639D"/>
    <w:rsid w:val="00326F90"/>
    <w:rsid w:val="00A71682"/>
    <w:rsid w:val="00AA1D8D"/>
    <w:rsid w:val="00B47730"/>
    <w:rsid w:val="00C84BC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F15100"/>
  <w14:defaultImageDpi w14:val="300"/>
  <w15:docId w15:val="{4CFE1F4B-7E09-4368-84FB-8C6E8C6D2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Dr. Varga István</cp:lastModifiedBy>
  <cp:revision>2</cp:revision>
  <dcterms:created xsi:type="dcterms:W3CDTF">2013-12-23T23:15:00Z</dcterms:created>
  <dcterms:modified xsi:type="dcterms:W3CDTF">2025-04-30T08:31:00Z</dcterms:modified>
  <cp:category/>
</cp:coreProperties>
</file>