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75C12" w14:textId="77777777" w:rsidR="00660AA5" w:rsidRPr="0008308C" w:rsidRDefault="0008308C" w:rsidP="0008308C">
      <w:pPr>
        <w:pStyle w:val="Cmsor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8308C">
        <w:rPr>
          <w:rFonts w:ascii="Times New Roman" w:hAnsi="Times New Roman" w:cs="Times New Roman"/>
          <w:color w:val="auto"/>
          <w:sz w:val="24"/>
          <w:szCs w:val="24"/>
        </w:rPr>
        <w:t>MUNKASZERZŐDÉS-MÓDOSÍTÁS</w:t>
      </w:r>
    </w:p>
    <w:p w14:paraId="4B74068A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t>határozott időre</w:t>
      </w:r>
    </w:p>
    <w:p w14:paraId="3D2BBA78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t>amely létrejött egyrészről</w:t>
      </w:r>
      <w:r w:rsidRPr="0008308C">
        <w:rPr>
          <w:rFonts w:ascii="Times New Roman" w:hAnsi="Times New Roman" w:cs="Times New Roman"/>
          <w:sz w:val="24"/>
          <w:szCs w:val="24"/>
        </w:rPr>
        <w:br/>
        <w:t>[cégnév] (székhely: [cím], cégjegyzékszám: [...], adószám: [...]), mint munkáltató (a továbbiakban: Munkáltató),</w:t>
      </w:r>
      <w:r w:rsidRPr="0008308C">
        <w:rPr>
          <w:rFonts w:ascii="Times New Roman" w:hAnsi="Times New Roman" w:cs="Times New Roman"/>
          <w:sz w:val="24"/>
          <w:szCs w:val="24"/>
        </w:rPr>
        <w:br/>
      </w:r>
      <w:r w:rsidRPr="0008308C">
        <w:rPr>
          <w:rFonts w:ascii="Times New Roman" w:hAnsi="Times New Roman" w:cs="Times New Roman"/>
          <w:sz w:val="24"/>
          <w:szCs w:val="24"/>
        </w:rPr>
        <w:br/>
        <w:t>másrészről</w:t>
      </w:r>
      <w:r w:rsidRPr="0008308C">
        <w:rPr>
          <w:rFonts w:ascii="Times New Roman" w:hAnsi="Times New Roman" w:cs="Times New Roman"/>
          <w:sz w:val="24"/>
          <w:szCs w:val="24"/>
        </w:rPr>
        <w:br/>
        <w:t xml:space="preserve">[munkavállaló neve] (születési hely, idő: [...]; anyja </w:t>
      </w:r>
      <w:r w:rsidRPr="0008308C">
        <w:rPr>
          <w:rFonts w:ascii="Times New Roman" w:hAnsi="Times New Roman" w:cs="Times New Roman"/>
          <w:sz w:val="24"/>
          <w:szCs w:val="24"/>
        </w:rPr>
        <w:t>neve: [...]; lakcím: [...]; adóazonosító jel: [...]; TAJ-szám: [...]), mint munkavállaló (a továbbiakban: Munkavállaló)</w:t>
      </w:r>
      <w:r w:rsidRPr="0008308C">
        <w:rPr>
          <w:rFonts w:ascii="Times New Roman" w:hAnsi="Times New Roman" w:cs="Times New Roman"/>
          <w:sz w:val="24"/>
          <w:szCs w:val="24"/>
        </w:rPr>
        <w:br/>
      </w:r>
      <w:r w:rsidRPr="0008308C">
        <w:rPr>
          <w:rFonts w:ascii="Times New Roman" w:hAnsi="Times New Roman" w:cs="Times New Roman"/>
          <w:sz w:val="24"/>
          <w:szCs w:val="24"/>
        </w:rPr>
        <w:br/>
        <w:t>– a továbbiakban együttesen: Felek – között, az alábbi feltételekkel:</w:t>
      </w:r>
    </w:p>
    <w:p w14:paraId="519D5B5E" w14:textId="77777777" w:rsidR="00660AA5" w:rsidRPr="0008308C" w:rsidRDefault="0008308C" w:rsidP="0008308C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8308C">
        <w:rPr>
          <w:rFonts w:ascii="Times New Roman" w:hAnsi="Times New Roman" w:cs="Times New Roman"/>
          <w:color w:val="auto"/>
          <w:sz w:val="24"/>
          <w:szCs w:val="24"/>
        </w:rPr>
        <w:t>1. Előzmény</w:t>
      </w:r>
    </w:p>
    <w:p w14:paraId="1CC713D2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t>Felek között [év] [hó] [nap]-án munkaviszony jött létre a [dátum] napján kelt munkaszerződés alapján (a továbbiakban: Munkaszerződés), amely jelen módosítás aláírásának időpontjában is hatályos. Felek a Munkaszerződést közös megegyezéssel, a jelen okiratban foglaltak szerint határozott időre módosítják.</w:t>
      </w:r>
    </w:p>
    <w:p w14:paraId="1C501DA2" w14:textId="77777777" w:rsidR="00660AA5" w:rsidRPr="0008308C" w:rsidRDefault="0008308C" w:rsidP="0008308C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8308C">
        <w:rPr>
          <w:rFonts w:ascii="Times New Roman" w:hAnsi="Times New Roman" w:cs="Times New Roman"/>
          <w:color w:val="auto"/>
          <w:sz w:val="24"/>
          <w:szCs w:val="24"/>
        </w:rPr>
        <w:t>2. Munkakör módosítása</w:t>
      </w:r>
    </w:p>
    <w:p w14:paraId="488D881F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t>Felek megállapodnak, hogy jelen módosítás hatálya alatt a Munkaszerződés [...] pontja helyébe az alábbi rendelkezés lép:</w:t>
      </w:r>
      <w:r w:rsidRPr="0008308C">
        <w:rPr>
          <w:rFonts w:ascii="Times New Roman" w:hAnsi="Times New Roman" w:cs="Times New Roman"/>
          <w:sz w:val="24"/>
          <w:szCs w:val="24"/>
        </w:rPr>
        <w:br/>
      </w:r>
      <w:r w:rsidRPr="0008308C">
        <w:rPr>
          <w:rFonts w:ascii="Times New Roman" w:hAnsi="Times New Roman" w:cs="Times New Roman"/>
          <w:sz w:val="24"/>
          <w:szCs w:val="24"/>
        </w:rPr>
        <w:br/>
        <w:t>„A Munkavállaló munkaköre: [munkakör megnevezése].”</w:t>
      </w:r>
    </w:p>
    <w:p w14:paraId="78ABF6E8" w14:textId="77777777" w:rsidR="00660AA5" w:rsidRPr="0008308C" w:rsidRDefault="0008308C" w:rsidP="0008308C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8308C">
        <w:rPr>
          <w:rFonts w:ascii="Times New Roman" w:hAnsi="Times New Roman" w:cs="Times New Roman"/>
          <w:color w:val="auto"/>
          <w:sz w:val="24"/>
          <w:szCs w:val="24"/>
        </w:rPr>
        <w:t>3. Alapbér módosítása</w:t>
      </w:r>
    </w:p>
    <w:p w14:paraId="782C26D4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t>Felek megállapodnak, hogy jelen módosítás hatálya alatt a Munkaszerződés [...] pontja helyébe az alábbi rendelkezés lép:</w:t>
      </w:r>
      <w:r w:rsidRPr="0008308C">
        <w:rPr>
          <w:rFonts w:ascii="Times New Roman" w:hAnsi="Times New Roman" w:cs="Times New Roman"/>
          <w:sz w:val="24"/>
          <w:szCs w:val="24"/>
        </w:rPr>
        <w:br/>
      </w:r>
      <w:r w:rsidRPr="0008308C">
        <w:rPr>
          <w:rFonts w:ascii="Times New Roman" w:hAnsi="Times New Roman" w:cs="Times New Roman"/>
          <w:sz w:val="24"/>
          <w:szCs w:val="24"/>
        </w:rPr>
        <w:br/>
        <w:t>„A Munkavállaló havi bruttó alapbére: [összeg] Ft, azaz [szóban kiírva] forint.”</w:t>
      </w:r>
    </w:p>
    <w:p w14:paraId="50DA794B" w14:textId="77777777" w:rsidR="00660AA5" w:rsidRPr="0008308C" w:rsidRDefault="0008308C" w:rsidP="0008308C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8308C">
        <w:rPr>
          <w:rFonts w:ascii="Times New Roman" w:hAnsi="Times New Roman" w:cs="Times New Roman"/>
          <w:color w:val="auto"/>
          <w:sz w:val="24"/>
          <w:szCs w:val="24"/>
        </w:rPr>
        <w:t>4. Hatálybalépés és időtartam</w:t>
      </w:r>
    </w:p>
    <w:p w14:paraId="686C09D6" w14:textId="68418DF0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t>Jelen munkaszerződés-módosítás [év] [hó] [nap] napján lép hatályba</w:t>
      </w:r>
      <w:r w:rsidRPr="0008308C">
        <w:rPr>
          <w:rFonts w:ascii="Times New Roman" w:hAnsi="Times New Roman" w:cs="Times New Roman"/>
          <w:sz w:val="24"/>
          <w:szCs w:val="24"/>
        </w:rPr>
        <w:t>.</w:t>
      </w:r>
    </w:p>
    <w:p w14:paraId="13C23D8C" w14:textId="77777777" w:rsidR="00660AA5" w:rsidRPr="0008308C" w:rsidRDefault="0008308C" w:rsidP="0008308C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8308C">
        <w:rPr>
          <w:rFonts w:ascii="Times New Roman" w:hAnsi="Times New Roman" w:cs="Times New Roman"/>
          <w:color w:val="auto"/>
          <w:sz w:val="24"/>
          <w:szCs w:val="24"/>
        </w:rPr>
        <w:t>5. Hatály megszűnésének jogkövetkezménye</w:t>
      </w:r>
    </w:p>
    <w:p w14:paraId="304DC997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t>A Munkaszerződés minden olyan pontja, amelyet a jelen munkaszerződés-módosítás nem módosít, változatlanul hatályban marad.</w:t>
      </w:r>
    </w:p>
    <w:p w14:paraId="07B1B185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t>A Felek a jelen módosítást elolvasás és kölcsönös értelmezés után, mint akaratukkal mindenben megegyezőt, jóváhagyólag aláírják.</w:t>
      </w:r>
    </w:p>
    <w:p w14:paraId="46F40053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t>Kelt: [hely], [év] [hónap] [nap]</w:t>
      </w:r>
    </w:p>
    <w:p w14:paraId="19BD5529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08308C">
        <w:rPr>
          <w:rFonts w:ascii="Times New Roman" w:hAnsi="Times New Roman" w:cs="Times New Roman"/>
          <w:sz w:val="24"/>
          <w:szCs w:val="24"/>
        </w:rPr>
        <w:br/>
        <w:t>[Munkavállaló aláírása]</w:t>
      </w:r>
      <w:r w:rsidRPr="0008308C">
        <w:rPr>
          <w:rFonts w:ascii="Times New Roman" w:hAnsi="Times New Roman" w:cs="Times New Roman"/>
          <w:sz w:val="24"/>
          <w:szCs w:val="24"/>
        </w:rPr>
        <w:br/>
        <w:t>Munkavállaló</w:t>
      </w:r>
    </w:p>
    <w:p w14:paraId="0F78B3AE" w14:textId="77777777" w:rsidR="00660AA5" w:rsidRPr="0008308C" w:rsidRDefault="0008308C" w:rsidP="0008308C">
      <w:pPr>
        <w:jc w:val="both"/>
        <w:rPr>
          <w:rFonts w:ascii="Times New Roman" w:hAnsi="Times New Roman" w:cs="Times New Roman"/>
          <w:sz w:val="24"/>
          <w:szCs w:val="24"/>
        </w:rPr>
      </w:pPr>
      <w:r w:rsidRPr="0008308C">
        <w:rPr>
          <w:rFonts w:ascii="Times New Roman" w:hAnsi="Times New Roman" w:cs="Times New Roman"/>
          <w:sz w:val="24"/>
          <w:szCs w:val="24"/>
        </w:rPr>
        <w:br/>
      </w:r>
      <w:r w:rsidRPr="0008308C">
        <w:rPr>
          <w:rFonts w:ascii="Times New Roman" w:hAnsi="Times New Roman" w:cs="Times New Roman"/>
          <w:sz w:val="24"/>
          <w:szCs w:val="24"/>
        </w:rPr>
        <w:br/>
        <w:t>[Munkáltató képviselőjének neve és beosztása]</w:t>
      </w:r>
      <w:r w:rsidRPr="0008308C">
        <w:rPr>
          <w:rFonts w:ascii="Times New Roman" w:hAnsi="Times New Roman" w:cs="Times New Roman"/>
          <w:sz w:val="24"/>
          <w:szCs w:val="24"/>
        </w:rPr>
        <w:br/>
        <w:t>a Munkáltató képviseletében</w:t>
      </w:r>
    </w:p>
    <w:sectPr w:rsidR="00660AA5" w:rsidRPr="0008308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75341122">
    <w:abstractNumId w:val="8"/>
  </w:num>
  <w:num w:numId="2" w16cid:durableId="2087798059">
    <w:abstractNumId w:val="6"/>
  </w:num>
  <w:num w:numId="3" w16cid:durableId="1906646645">
    <w:abstractNumId w:val="5"/>
  </w:num>
  <w:num w:numId="4" w16cid:durableId="724764006">
    <w:abstractNumId w:val="4"/>
  </w:num>
  <w:num w:numId="5" w16cid:durableId="1085109953">
    <w:abstractNumId w:val="7"/>
  </w:num>
  <w:num w:numId="6" w16cid:durableId="118257844">
    <w:abstractNumId w:val="3"/>
  </w:num>
  <w:num w:numId="7" w16cid:durableId="801533567">
    <w:abstractNumId w:val="2"/>
  </w:num>
  <w:num w:numId="8" w16cid:durableId="900674857">
    <w:abstractNumId w:val="1"/>
  </w:num>
  <w:num w:numId="9" w16cid:durableId="1913661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308C"/>
    <w:rsid w:val="0015074B"/>
    <w:rsid w:val="0029639D"/>
    <w:rsid w:val="00326F90"/>
    <w:rsid w:val="00660AA5"/>
    <w:rsid w:val="00AA1D8D"/>
    <w:rsid w:val="00B15254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00430C"/>
  <w14:defaultImageDpi w14:val="300"/>
  <w15:docId w15:val="{875EA561-7922-4486-B92F-E6A2E8D48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Balázs Dr. Kaszai</cp:lastModifiedBy>
  <cp:revision>2</cp:revision>
  <dcterms:created xsi:type="dcterms:W3CDTF">2013-12-23T23:15:00Z</dcterms:created>
  <dcterms:modified xsi:type="dcterms:W3CDTF">2025-05-03T12:14:00Z</dcterms:modified>
  <cp:category/>
</cp:coreProperties>
</file>