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C8A94" w14:textId="77777777" w:rsidR="00DF1F9D" w:rsidRPr="007876B9" w:rsidRDefault="007876B9" w:rsidP="007876B9">
      <w:pPr>
        <w:pStyle w:val="Cmsor1"/>
        <w:jc w:val="center"/>
        <w:rPr>
          <w:color w:val="auto"/>
        </w:rPr>
      </w:pPr>
      <w:r w:rsidRPr="007876B9">
        <w:rPr>
          <w:color w:val="auto"/>
        </w:rPr>
        <w:t>MUNKASZERZŐDÉS (részmunkaidőre, határozatlan időre)</w:t>
      </w:r>
    </w:p>
    <w:p w14:paraId="3E4D4508" w14:textId="77777777" w:rsidR="00DF1F9D" w:rsidRPr="007876B9" w:rsidRDefault="007876B9" w:rsidP="007876B9">
      <w:pPr>
        <w:jc w:val="both"/>
      </w:pPr>
      <w:r w:rsidRPr="007876B9">
        <w:t>amely létrejött egyrészről</w:t>
      </w:r>
      <w:r w:rsidRPr="007876B9">
        <w:br/>
        <w:t>[Munkáltató neve] (székhely: [...], cégjegyzékszám: [...], adószám: [...], képviseli: [...]), mint munkáltató (a továbbiakban: Munkáltató),</w:t>
      </w:r>
      <w:r w:rsidRPr="007876B9">
        <w:br/>
      </w:r>
      <w:r w:rsidRPr="007876B9">
        <w:br/>
        <w:t>másrészről</w:t>
      </w:r>
      <w:r w:rsidRPr="007876B9">
        <w:br/>
      </w:r>
      <w:r w:rsidRPr="007876B9">
        <w:t>[Munkavállaló neve] (leánykori neve: [...], anyja neve: [...], születési hely és idő: [...], lakcím: [...], TAJ-szám: [...], adóazonosító jel: [...], bankszámlaszám: [...]), mint munkavállaló (a továbbiakban: Munkavállaló)</w:t>
      </w:r>
      <w:r w:rsidRPr="007876B9">
        <w:br/>
      </w:r>
      <w:r w:rsidRPr="007876B9">
        <w:br/>
        <w:t>– a továbbiakban együttesen: Felek – között, az alábbi feltételekkel:</w:t>
      </w:r>
    </w:p>
    <w:p w14:paraId="355E0D1D" w14:textId="77777777" w:rsidR="00DF1F9D" w:rsidRPr="007876B9" w:rsidRDefault="007876B9" w:rsidP="007876B9">
      <w:pPr>
        <w:jc w:val="both"/>
      </w:pPr>
      <w:r w:rsidRPr="007876B9">
        <w:t>1. A Munkáltató a Munkavállalót [év] [hó] [nap]-tól kezdődően határozatlan időtartamú munkaviszony keretében foglalkoztatja a jelen munkaszerződésben foglalt feltételek szerint.</w:t>
      </w:r>
    </w:p>
    <w:p w14:paraId="7429D6C4" w14:textId="77777777" w:rsidR="00DF1F9D" w:rsidRPr="007876B9" w:rsidRDefault="007876B9" w:rsidP="007876B9">
      <w:pPr>
        <w:jc w:val="both"/>
      </w:pPr>
      <w:r w:rsidRPr="007876B9">
        <w:t>2. Felek három hónap próbaidőben állapodnak meg. Tudomással bírnak arról, hogy a próbaidő alatt bármelyik fél jogosult a munkaviszonyt indokolás nélkül, azonnali hatállyal megszüntetni.</w:t>
      </w:r>
    </w:p>
    <w:p w14:paraId="0421171E" w14:textId="77777777" w:rsidR="00DF1F9D" w:rsidRPr="007876B9" w:rsidRDefault="007876B9" w:rsidP="007876B9">
      <w:pPr>
        <w:jc w:val="both"/>
      </w:pPr>
      <w:r w:rsidRPr="007876B9">
        <w:t>3. A Munkavállaló munkaköre: [munkakör megnevezése].</w:t>
      </w:r>
    </w:p>
    <w:p w14:paraId="04807B65" w14:textId="77777777" w:rsidR="00DF1F9D" w:rsidRPr="007876B9" w:rsidRDefault="007876B9" w:rsidP="007876B9">
      <w:pPr>
        <w:jc w:val="both"/>
      </w:pPr>
      <w:r w:rsidRPr="007876B9">
        <w:t>4. A Munkavállaló havi bruttó alapbére: [összeg] Ft, azaz [szóban kiírva] forint.</w:t>
      </w:r>
      <w:r w:rsidRPr="007876B9">
        <w:br/>
        <w:t>A munkabér megfizetése a jelen szerződésben megjelölt bankszámlára történő átutalással / készpénzben történik. (A nem kívánt rész törlendő.)</w:t>
      </w:r>
    </w:p>
    <w:p w14:paraId="500A8C96" w14:textId="77777777" w:rsidR="00DF1F9D" w:rsidRPr="007876B9" w:rsidRDefault="007876B9" w:rsidP="007876B9">
      <w:pPr>
        <w:jc w:val="both"/>
      </w:pPr>
      <w:r w:rsidRPr="007876B9">
        <w:t>5. A Munkavállaló foglalkoztatására részmunkaidőben kerül sor. Munkaideje napi/heti [óraszám] óra. (A nem kívánt rész törlendő.)</w:t>
      </w:r>
    </w:p>
    <w:p w14:paraId="3FC0277D" w14:textId="77777777" w:rsidR="00DF1F9D" w:rsidRPr="007876B9" w:rsidRDefault="007876B9" w:rsidP="007876B9">
      <w:pPr>
        <w:jc w:val="both"/>
      </w:pPr>
      <w:r w:rsidRPr="007876B9">
        <w:t>6. A Munkavállaló munkavégzési helye: [állandó vagy változó hely, megjelölve].</w:t>
      </w:r>
      <w:r w:rsidRPr="007876B9">
        <w:br/>
        <w:t>Első beosztási helye: [konkrét hely megnevezése].</w:t>
      </w:r>
    </w:p>
    <w:p w14:paraId="49B7CDD0" w14:textId="77777777" w:rsidR="00DF1F9D" w:rsidRPr="007876B9" w:rsidRDefault="007876B9" w:rsidP="007876B9">
      <w:pPr>
        <w:jc w:val="both"/>
      </w:pPr>
      <w:r w:rsidRPr="007876B9">
        <w:t>7. Felek rögzítik, hogy a munkaszerződés megkötésével egyidejűleg a Munkáltató átadta a Munkavállalónak a Munka Törvénykönyvéről szóló 2012. évi I. törvény 46. § (1) bekezdése szerinti írásbeli tájékoztatást.</w:t>
      </w:r>
    </w:p>
    <w:p w14:paraId="2B5F7184" w14:textId="77777777" w:rsidR="00DF1F9D" w:rsidRPr="007876B9" w:rsidRDefault="007876B9" w:rsidP="007876B9">
      <w:pPr>
        <w:jc w:val="both"/>
      </w:pPr>
      <w:r w:rsidRPr="007876B9">
        <w:t>8. A jelen munkaszerződésben nem szabályozott kérdésekben a Munka Törvénykönyve rendelkezései az irányadók.</w:t>
      </w:r>
    </w:p>
    <w:p w14:paraId="07929D56" w14:textId="77777777" w:rsidR="00DF1F9D" w:rsidRPr="007876B9" w:rsidRDefault="007876B9" w:rsidP="007876B9">
      <w:pPr>
        <w:jc w:val="both"/>
      </w:pPr>
      <w:r w:rsidRPr="007876B9">
        <w:t>9. Felek a jelen munkaszerződést elolvasás és közös értelmezés után, mint akaratukkal mindenben megegyezőt, jóváhagyólag aláírják.</w:t>
      </w:r>
    </w:p>
    <w:p w14:paraId="1EAAB18E" w14:textId="77777777" w:rsidR="00DF1F9D" w:rsidRPr="007876B9" w:rsidRDefault="007876B9" w:rsidP="007876B9">
      <w:pPr>
        <w:jc w:val="both"/>
      </w:pPr>
      <w:r w:rsidRPr="007876B9">
        <w:br/>
        <w:t>Kelt: [hely], [év] [hónap] [nap]</w:t>
      </w:r>
    </w:p>
    <w:p w14:paraId="156A48BD" w14:textId="77777777" w:rsidR="00DF1F9D" w:rsidRPr="007876B9" w:rsidRDefault="007876B9" w:rsidP="007876B9">
      <w:pPr>
        <w:jc w:val="both"/>
      </w:pPr>
      <w:r w:rsidRPr="007876B9">
        <w:lastRenderedPageBreak/>
        <w:br/>
      </w:r>
      <w:r w:rsidRPr="007876B9">
        <w:br/>
        <w:t>.....................................................</w:t>
      </w:r>
      <w:r w:rsidRPr="007876B9">
        <w:br/>
        <w:t>Munkáltató</w:t>
      </w:r>
    </w:p>
    <w:p w14:paraId="29753E52" w14:textId="77777777" w:rsidR="00DF1F9D" w:rsidRPr="007876B9" w:rsidRDefault="007876B9" w:rsidP="007876B9">
      <w:pPr>
        <w:jc w:val="both"/>
      </w:pPr>
      <w:r w:rsidRPr="007876B9">
        <w:br/>
      </w:r>
      <w:r w:rsidRPr="007876B9">
        <w:br/>
        <w:t>.....................................................</w:t>
      </w:r>
      <w:r w:rsidRPr="007876B9">
        <w:br/>
        <w:t>Munkavállaló</w:t>
      </w:r>
    </w:p>
    <w:p w14:paraId="11E4AA75" w14:textId="77777777" w:rsidR="00DF1F9D" w:rsidRPr="007876B9" w:rsidRDefault="007876B9" w:rsidP="007876B9">
      <w:pPr>
        <w:jc w:val="both"/>
      </w:pPr>
      <w:r w:rsidRPr="007876B9">
        <w:br/>
      </w:r>
      <w:r w:rsidRPr="007876B9">
        <w:br/>
        <w:t>A munkaszerződés egy példányát a mai napon átvettem.</w:t>
      </w:r>
    </w:p>
    <w:p w14:paraId="0C6BF5BE" w14:textId="77777777" w:rsidR="00DF1F9D" w:rsidRPr="007876B9" w:rsidRDefault="007876B9" w:rsidP="007876B9">
      <w:pPr>
        <w:jc w:val="both"/>
      </w:pPr>
      <w:r w:rsidRPr="007876B9">
        <w:t>Kelt: [hely], [év] [hónap] [nap]</w:t>
      </w:r>
    </w:p>
    <w:p w14:paraId="24BF2615" w14:textId="77777777" w:rsidR="00DF1F9D" w:rsidRPr="007876B9" w:rsidRDefault="007876B9" w:rsidP="007876B9">
      <w:pPr>
        <w:jc w:val="both"/>
      </w:pPr>
      <w:r w:rsidRPr="007876B9">
        <w:br/>
      </w:r>
      <w:r w:rsidRPr="007876B9">
        <w:br/>
        <w:t>...........................................</w:t>
      </w:r>
      <w:r w:rsidRPr="007876B9">
        <w:br/>
        <w:t>Munkavállaló</w:t>
      </w:r>
    </w:p>
    <w:sectPr w:rsidR="00DF1F9D" w:rsidRPr="007876B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36605598">
    <w:abstractNumId w:val="8"/>
  </w:num>
  <w:num w:numId="2" w16cid:durableId="229002692">
    <w:abstractNumId w:val="6"/>
  </w:num>
  <w:num w:numId="3" w16cid:durableId="1726417351">
    <w:abstractNumId w:val="5"/>
  </w:num>
  <w:num w:numId="4" w16cid:durableId="442774528">
    <w:abstractNumId w:val="4"/>
  </w:num>
  <w:num w:numId="5" w16cid:durableId="1516576596">
    <w:abstractNumId w:val="7"/>
  </w:num>
  <w:num w:numId="6" w16cid:durableId="2069065461">
    <w:abstractNumId w:val="3"/>
  </w:num>
  <w:num w:numId="7" w16cid:durableId="958024666">
    <w:abstractNumId w:val="2"/>
  </w:num>
  <w:num w:numId="8" w16cid:durableId="1653218950">
    <w:abstractNumId w:val="1"/>
  </w:num>
  <w:num w:numId="9" w16cid:durableId="1116749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876B9"/>
    <w:rsid w:val="00AA1D8D"/>
    <w:rsid w:val="00B47730"/>
    <w:rsid w:val="00CB0664"/>
    <w:rsid w:val="00DF1F9D"/>
    <w:rsid w:val="00EB013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721B07"/>
  <w14:defaultImageDpi w14:val="300"/>
  <w15:docId w15:val="{AD9025D6-FD2A-406A-ABD2-55F60E056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276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Balázs Dr. Kaszai</cp:lastModifiedBy>
  <cp:revision>2</cp:revision>
  <dcterms:created xsi:type="dcterms:W3CDTF">2013-12-23T23:15:00Z</dcterms:created>
  <dcterms:modified xsi:type="dcterms:W3CDTF">2025-05-03T14:13:00Z</dcterms:modified>
  <cp:category/>
</cp:coreProperties>
</file>