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44A6F" w14:textId="77777777" w:rsidR="007A7CE4" w:rsidRPr="00D958DF" w:rsidRDefault="00D958DF" w:rsidP="00D958DF">
      <w:pPr>
        <w:pStyle w:val="Cmsor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958DF">
        <w:rPr>
          <w:rFonts w:ascii="Times New Roman" w:hAnsi="Times New Roman" w:cs="Times New Roman"/>
          <w:color w:val="auto"/>
          <w:sz w:val="24"/>
          <w:szCs w:val="24"/>
        </w:rPr>
        <w:t>MUNKASZERZŐDÉS (távmunka, határozatlan idő, próbaidő)</w:t>
      </w:r>
    </w:p>
    <w:p w14:paraId="52B84117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amely létrejött egyrészről</w:t>
      </w:r>
      <w:r w:rsidRPr="00D958DF">
        <w:rPr>
          <w:rFonts w:ascii="Times New Roman" w:hAnsi="Times New Roman" w:cs="Times New Roman"/>
          <w:sz w:val="24"/>
          <w:szCs w:val="24"/>
        </w:rPr>
        <w:br/>
        <w:t>[Munkáltató neve] (székhely: [...], cégjegyzékszám: [...], adószám: [...], képviseli: [...]), mint munkáltató (a továbbiakban: Munkáltató),</w:t>
      </w: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másrészről</w:t>
      </w: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t>[Munkavállaló neve] (leánykori neve: [...], anyja neve: [...], születési hely és idő: [...], lakcím: [...], TAJ-szám: [...], adóazonosító jel: [...], bankszámlaszám: [...]), mint munkavállaló (a továbbiakban: Munkavállaló),</w:t>
      </w: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– a továbbiakban együttesen: Felek – között, az alábbi feltételekkel:</w:t>
      </w:r>
    </w:p>
    <w:p w14:paraId="01A5F51D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1. A Munkáltató a Munkavállalót [év] [hónap] [nap]-tól kezdődően határozatlan időtartamú munkaviszony keretében foglalkoztatja a jelen munkaszerződésben foglalt feltételek szerint.</w:t>
      </w:r>
    </w:p>
    <w:p w14:paraId="56B90046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2. Felek három hónap próbaidőben állapodnak meg. Tudomással bírnak arról, hogy a próbaidő alatt bármelyik fél jogosult a munkaviszonyt indokolás nélkül, azonnali hatállyal megszüntetni.</w:t>
      </w:r>
    </w:p>
    <w:p w14:paraId="124C53C0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3. A Munkavállaló munkaköre: [munkakör megnevezése].</w:t>
      </w:r>
    </w:p>
    <w:p w14:paraId="1535B549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4. A Munkavállaló havi bruttó alapbére: [összeg] Ft, azaz [szóban kiírva] forint.</w:t>
      </w:r>
      <w:r w:rsidRPr="00D958DF">
        <w:rPr>
          <w:rFonts w:ascii="Times New Roman" w:hAnsi="Times New Roman" w:cs="Times New Roman"/>
          <w:sz w:val="24"/>
          <w:szCs w:val="24"/>
        </w:rPr>
        <w:br/>
        <w:t>A munkabér megfizetése a megjelölt bankszámlára történő átutalással történik.</w:t>
      </w:r>
    </w:p>
    <w:p w14:paraId="48785E67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5. A Munkavállaló munkaideje: napi/heti [óraszám] óra. (A nem kívánt rész törlendő.)</w:t>
      </w:r>
    </w:p>
    <w:p w14:paraId="4CCA67B0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6. A felek megállapodnak abban, hogy a Munkavállaló a munkáját távmunkában végzi, amelynek helye: [munkavégzés pontos címe, pl. saját lakcím]. A Munkáltató biztosítja a munkavégzéshez szükséges eszközöket és infrastruktúrát, illetve technikai támogatást.</w:t>
      </w:r>
    </w:p>
    <w:p w14:paraId="0BF8B5B7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7. A Munkáltató tájékoztatta a Munkavállalót a távmunka során alkalmazandó belső szabályokról, adatbiztonsági előírásokról, valamint a munkavégzés ellenőrzésének módjáról. A Munkavállaló tudomásul veszi és betartja ezeket a szabályokat.</w:t>
      </w:r>
    </w:p>
    <w:p w14:paraId="5F5FDABC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8. A munkaszerződés megkötésével egyidejűleg a Munkáltató átadta a Munkavállalónak a Munka Törvénykönyvéről szóló 2012. évi I. törvény 46. § (1) bekezdése szerinti írásbeli tájékoztatót.</w:t>
      </w:r>
    </w:p>
    <w:p w14:paraId="7B575368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9. A jelen munkaszerződésben nem szabályozott kérdésekben a Munka Törvénykönyvének rendelkezései az irányadók.</w:t>
      </w:r>
    </w:p>
    <w:p w14:paraId="6027B94F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lastRenderedPageBreak/>
        <w:t>10. Felek a jelen munkaszerződést elolvasás és közös értelmezés után, mint akaratukkal mindenben megegyezőt, jóváhagyólag aláírják.</w:t>
      </w:r>
    </w:p>
    <w:p w14:paraId="6EFD07B4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br/>
        <w:t>Kelt: [hely], [év] [hónap] [nap]</w:t>
      </w:r>
    </w:p>
    <w:p w14:paraId="7C1D75D4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.....................................................</w:t>
      </w:r>
      <w:r w:rsidRPr="00D958DF">
        <w:rPr>
          <w:rFonts w:ascii="Times New Roman" w:hAnsi="Times New Roman" w:cs="Times New Roman"/>
          <w:sz w:val="24"/>
          <w:szCs w:val="24"/>
        </w:rPr>
        <w:br/>
        <w:t>Munkáltató</w:t>
      </w:r>
    </w:p>
    <w:p w14:paraId="113E4685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.....................................................</w:t>
      </w:r>
      <w:r w:rsidRPr="00D958DF">
        <w:rPr>
          <w:rFonts w:ascii="Times New Roman" w:hAnsi="Times New Roman" w:cs="Times New Roman"/>
          <w:sz w:val="24"/>
          <w:szCs w:val="24"/>
        </w:rPr>
        <w:br/>
        <w:t>Munkavállaló</w:t>
      </w:r>
    </w:p>
    <w:p w14:paraId="1D242393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A munkaszerződés egy példányát a mai napon átvettem.</w:t>
      </w:r>
    </w:p>
    <w:p w14:paraId="0E758E47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t>Kelt: [hely], [év] [hónap] [nap]</w:t>
      </w:r>
    </w:p>
    <w:p w14:paraId="4EE00565" w14:textId="77777777" w:rsidR="007A7CE4" w:rsidRPr="00D958DF" w:rsidRDefault="00D958DF" w:rsidP="00D958DF">
      <w:pPr>
        <w:jc w:val="both"/>
        <w:rPr>
          <w:rFonts w:ascii="Times New Roman" w:hAnsi="Times New Roman" w:cs="Times New Roman"/>
          <w:sz w:val="24"/>
          <w:szCs w:val="24"/>
        </w:rPr>
      </w:pPr>
      <w:r w:rsidRPr="00D958DF">
        <w:rPr>
          <w:rFonts w:ascii="Times New Roman" w:hAnsi="Times New Roman" w:cs="Times New Roman"/>
          <w:sz w:val="24"/>
          <w:szCs w:val="24"/>
        </w:rPr>
        <w:br/>
      </w:r>
      <w:r w:rsidRPr="00D958DF">
        <w:rPr>
          <w:rFonts w:ascii="Times New Roman" w:hAnsi="Times New Roman" w:cs="Times New Roman"/>
          <w:sz w:val="24"/>
          <w:szCs w:val="24"/>
        </w:rPr>
        <w:br/>
        <w:t>...........................................</w:t>
      </w:r>
      <w:r w:rsidRPr="00D958DF">
        <w:rPr>
          <w:rFonts w:ascii="Times New Roman" w:hAnsi="Times New Roman" w:cs="Times New Roman"/>
          <w:sz w:val="24"/>
          <w:szCs w:val="24"/>
        </w:rPr>
        <w:br/>
        <w:t>Munkavállaló</w:t>
      </w:r>
    </w:p>
    <w:sectPr w:rsidR="007A7CE4" w:rsidRPr="00D958D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8573335">
    <w:abstractNumId w:val="8"/>
  </w:num>
  <w:num w:numId="2" w16cid:durableId="522792848">
    <w:abstractNumId w:val="6"/>
  </w:num>
  <w:num w:numId="3" w16cid:durableId="45226185">
    <w:abstractNumId w:val="5"/>
  </w:num>
  <w:num w:numId="4" w16cid:durableId="542057297">
    <w:abstractNumId w:val="4"/>
  </w:num>
  <w:num w:numId="5" w16cid:durableId="1402873602">
    <w:abstractNumId w:val="7"/>
  </w:num>
  <w:num w:numId="6" w16cid:durableId="2124570419">
    <w:abstractNumId w:val="3"/>
  </w:num>
  <w:num w:numId="7" w16cid:durableId="1848863263">
    <w:abstractNumId w:val="2"/>
  </w:num>
  <w:num w:numId="8" w16cid:durableId="2107574579">
    <w:abstractNumId w:val="1"/>
  </w:num>
  <w:num w:numId="9" w16cid:durableId="82158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A7CE4"/>
    <w:rsid w:val="00977D18"/>
    <w:rsid w:val="00AA1D8D"/>
    <w:rsid w:val="00B47730"/>
    <w:rsid w:val="00CB0664"/>
    <w:rsid w:val="00D958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6A73E"/>
  <w14:defaultImageDpi w14:val="300"/>
  <w15:docId w15:val="{BAEAC0B8-5C5A-407A-9CDA-F11F5E78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2025-05-03T14:16:00Z</dcterms:modified>
  <cp:category/>
</cp:coreProperties>
</file>