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Cégnév: [cégnév]</w:t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Székhely: [székhely]</w:t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Cégjegyzékszám: [cégjegyzékszám]</w:t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Adószám: [adószám]</w:t>
      </w:r>
    </w:p>
    <w:p w:rsidR="001C6E9B" w:rsidRPr="003C2C6A" w:rsidRDefault="001C6E9B" w:rsidP="003C2C6A">
      <w:pPr>
        <w:jc w:val="both"/>
        <w:rPr>
          <w:rFonts w:ascii="Times New Roman" w:hAnsi="Times New Roman" w:cs="Times New Roman"/>
        </w:rPr>
      </w:pPr>
    </w:p>
    <w:p w:rsidR="001C6E9B" w:rsidRPr="003C2C6A" w:rsidRDefault="003C2C6A" w:rsidP="003C2C6A">
      <w:pPr>
        <w:pStyle w:val="Cmsor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2C6A">
        <w:rPr>
          <w:rFonts w:ascii="Times New Roman" w:hAnsi="Times New Roman" w:cs="Times New Roman"/>
          <w:color w:val="auto"/>
          <w:sz w:val="22"/>
          <w:szCs w:val="22"/>
        </w:rPr>
        <w:t>Tárgy: Munkaviszony megszüntetése munkavállalói felmondással</w:t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Tisztelt [Munkáltatói jogkör gyakorlója neve / pozíciója]!</w:t>
      </w:r>
      <w:r w:rsidRPr="003C2C6A">
        <w:rPr>
          <w:rFonts w:ascii="Times New Roman" w:hAnsi="Times New Roman" w:cs="Times New Roman"/>
        </w:rPr>
        <w:br/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 xml:space="preserve">Ezúton tájékoztatom Önöket, hogy a </w:t>
      </w:r>
      <w:r w:rsidRPr="003C2C6A">
        <w:rPr>
          <w:rFonts w:ascii="Times New Roman" w:hAnsi="Times New Roman" w:cs="Times New Roman"/>
        </w:rPr>
        <w:t>[cégnév]-nél fennálló, [év] [hónap] [nap]-án kezdődött, határozatlan időtartamú munkaviszonyomat a Munka Törvénykönyvéről szóló 2012. évi I. törvény 64. § (1) bekezdés b) pontja alapján, rendes felmondással megszüntetem.</w:t>
      </w:r>
      <w:r w:rsidRPr="003C2C6A">
        <w:rPr>
          <w:rFonts w:ascii="Times New Roman" w:hAnsi="Times New Roman" w:cs="Times New Roman"/>
        </w:rPr>
        <w:br/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Kérem, hogy a munkaviszonyom megsz</w:t>
      </w:r>
      <w:r w:rsidRPr="003C2C6A">
        <w:rPr>
          <w:rFonts w:ascii="Times New Roman" w:hAnsi="Times New Roman" w:cs="Times New Roman"/>
        </w:rPr>
        <w:t>űnésével kapcsolatos jogaim gyakorlása, különösen az elmaradt munkabér, szabadságmegváltás és egyéb járandóságaim kifizetése, továbbá a törvényben előírt igazolások kiadása iránt szíveskedjenek intézkedni.</w:t>
      </w:r>
      <w:r w:rsidRPr="003C2C6A">
        <w:rPr>
          <w:rFonts w:ascii="Times New Roman" w:hAnsi="Times New Roman" w:cs="Times New Roman"/>
        </w:rPr>
        <w:br/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Kérem továbbá, hogy biztosítsanak lehetőséget a m</w:t>
      </w:r>
      <w:r w:rsidRPr="003C2C6A">
        <w:rPr>
          <w:rFonts w:ascii="Times New Roman" w:hAnsi="Times New Roman" w:cs="Times New Roman"/>
        </w:rPr>
        <w:t>unkaköröm átadására, valamint a munkáltató tulajdonában lévő eszközök és iratok visszaszolgáltatására az utolsó munkában töltött napon.</w:t>
      </w:r>
      <w:r w:rsidRPr="003C2C6A">
        <w:rPr>
          <w:rFonts w:ascii="Times New Roman" w:hAnsi="Times New Roman" w:cs="Times New Roman"/>
        </w:rPr>
        <w:br/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Kelt: [város], [év] [hónap] [nap]</w:t>
      </w:r>
      <w:r w:rsidRPr="003C2C6A">
        <w:rPr>
          <w:rFonts w:ascii="Times New Roman" w:hAnsi="Times New Roman" w:cs="Times New Roman"/>
        </w:rPr>
        <w:br/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[Munkavállaló neve]</w:t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Aláírás: __________________________</w:t>
      </w:r>
      <w:r w:rsidRPr="003C2C6A">
        <w:rPr>
          <w:rFonts w:ascii="Times New Roman" w:hAnsi="Times New Roman" w:cs="Times New Roman"/>
        </w:rPr>
        <w:br/>
      </w:r>
    </w:p>
    <w:p w:rsidR="001C6E9B" w:rsidRPr="003C2C6A" w:rsidRDefault="003C2C6A" w:rsidP="003C2C6A">
      <w:pPr>
        <w:pStyle w:val="Cmsor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2C6A">
        <w:rPr>
          <w:rFonts w:ascii="Times New Roman" w:hAnsi="Times New Roman" w:cs="Times New Roman"/>
          <w:color w:val="auto"/>
          <w:sz w:val="22"/>
          <w:szCs w:val="22"/>
        </w:rPr>
        <w:t>Átvételi nyilatkozat:</w:t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Alulí</w:t>
      </w:r>
      <w:r w:rsidRPr="003C2C6A">
        <w:rPr>
          <w:rFonts w:ascii="Times New Roman" w:hAnsi="Times New Roman" w:cs="Times New Roman"/>
        </w:rPr>
        <w:t>rott, [átvevő neve és pozíciója], igazolom, hogy jelen munkavállalói felmondást [év] [hónap] [nap]-án átvettem.</w:t>
      </w:r>
      <w:r w:rsidRPr="003C2C6A">
        <w:rPr>
          <w:rFonts w:ascii="Times New Roman" w:hAnsi="Times New Roman" w:cs="Times New Roman"/>
        </w:rPr>
        <w:br/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[Cég neve képviseletében]</w:t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Aláírás: __________________________</w:t>
      </w:r>
    </w:p>
    <w:p w:rsidR="001C6E9B" w:rsidRPr="003C2C6A" w:rsidRDefault="003C2C6A" w:rsidP="003C2C6A">
      <w:pPr>
        <w:jc w:val="both"/>
        <w:rPr>
          <w:rFonts w:ascii="Times New Roman" w:hAnsi="Times New Roman" w:cs="Times New Roman"/>
        </w:rPr>
      </w:pPr>
      <w:r w:rsidRPr="003C2C6A">
        <w:rPr>
          <w:rFonts w:ascii="Times New Roman" w:hAnsi="Times New Roman" w:cs="Times New Roman"/>
        </w:rPr>
        <w:t>Pozíció: __________________________</w:t>
      </w:r>
    </w:p>
    <w:sectPr w:rsidR="001C6E9B" w:rsidRPr="003C2C6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6E9B"/>
    <w:rsid w:val="0029639D"/>
    <w:rsid w:val="00326F90"/>
    <w:rsid w:val="003C2C6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E5B220F5-244A-48E2-A1CE-DA8D7221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István Dr. Varga</cp:lastModifiedBy>
  <cp:revision>2</cp:revision>
  <dcterms:created xsi:type="dcterms:W3CDTF">2025-05-05T07:45:00Z</dcterms:created>
  <dcterms:modified xsi:type="dcterms:W3CDTF">2025-05-05T07:45:00Z</dcterms:modified>
  <cp:category/>
</cp:coreProperties>
</file>