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TARTOZÁSELSIMERŐ NYILATKOZAT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Alulírott:</w:t>
        <w:br/>
        <w:t>Név: [Adós neve]</w:t>
        <w:br/>
        <w:t>Születési név: [Adós születési neve]</w:t>
        <w:br/>
        <w:t>Születési hely, idő: [hely], [dátum]</w:t>
        <w:br/>
        <w:t>Anyja neve: [anyja neve]</w:t>
        <w:br/>
        <w:t>Lakcím: [lakcím]</w:t>
        <w:br/>
        <w:t>Szem. ig. szám: [személyi igazolvány száma]</w:t>
        <w:br/>
        <w:br/>
        <w:t>a továbbiakban: Adós, az alábbi tartozáselismerő nyilatkozatot teszem: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1. A tartozás jogcíme és összege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Ezúton kifejezetten és egyértelműen elismerem, hogy [Hitelező neve és adatai – külön nem részletezve] részére [pl. 500.000 Ft, azaz ötszázezer forint] összegű tartozásom áll fenn, mely tartozás jogcíme: [pl. kölcsön, szolgáltatás, stb.].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2. A teljesítés módja és határideje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Kötelezettséget vállalok arra, hogy a fent megjelölt tartozás összegét legkésőbb [pl. 2025. december 31.] napjáig a jogosult részére megfizetem, készpénzben vagy banki átutalással a következő számlaszámra: [bankszámlaszám].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3. Elszámolás és beszámítás kizárása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 tartozást vitatás nélkül, a Ptk. 6:25. §-a szerinti egyoldalú tartozáselismerő nyilatkozatként ismerem el, és kijelentem, hogy a tartozással szemben semmilyen ellenkövetelést vagy beszámítási igényt nem támasztok.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4. Egyéb rendelkezések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4.1. Tudomásul veszem, hogy ezen tartozáselismerő nyilatkozat a Ptk. alapján megszakítja az elévülést.</w:t>
        <w:br/>
        <w:t>4.2. Jelen nyilatkozatot saját elhatározásomból, jog- és cselekvőképességem tudatában írtam alá, annak tartalmát megértettem.</w:t>
        <w:br/>
        <w:t>4.3. A nyilatkozatban nem szabályozott kérdésekben a Polgári Törvénykönyv rendelkezései irányadók.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Kelt: [város], [dátum]</w:t>
        <w:br/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Adós:</w:t>
        <w:br/>
        <w:t xml:space="preserve"> aláírás: __________________________</w:t>
        <w:br/>
      </w:r>
    </w:p>
    <w:p>
      <w:pPr>
        <w:pStyle w:val="Normal"/>
        <w:spacing w:before="0" w:after="20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Tanúk:</w:t>
        <w:br/>
        <w:t>1. Név: __________________________</w:t>
        <w:br/>
        <w:t xml:space="preserve">   Lakcím: _______________________</w:t>
        <w:br/>
        <w:t xml:space="preserve">   Aláírás: ______________________</w:t>
        <w:br/>
        <w:br/>
        <w:t>2. Név: __________________________</w:t>
        <w:br/>
        <w:t xml:space="preserve">   Lakcím: _______________________</w:t>
        <w:br/>
        <w:t xml:space="preserve">   Aláírás: ______________________</w:t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4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Cmsor">
    <w:name w:val="Címso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Trgymutat">
    <w:name w:val="Tárgymutató"/>
    <w:basedOn w:val="Normal"/>
    <w:qFormat/>
    <w:pPr>
      <w:suppressLineNumbers/>
    </w:pPr>
    <w:rPr>
      <w:rFonts w:cs="Noto Sans Devanagari"/>
    </w:rPr>
  </w:style>
  <w:style w:type="paragraph" w:styleId="lfejsllb">
    <w:name w:val="Élőfej és élőláb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Cmso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LibreOffice/24.8.6.2$Linux_X86_64 LibreOffice_project/480$Build-2</Application>
  <AppVersion>15.0000</AppVersion>
  <Pages>2</Pages>
  <Words>200</Words>
  <Characters>1492</Characters>
  <CharactersWithSpaces>1700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hu-HU</dc:language>
  <cp:lastModifiedBy/>
  <dcterms:modified xsi:type="dcterms:W3CDTF">2025-05-13T09:55:23Z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