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83729" w14:textId="77777777" w:rsidR="00E57E58" w:rsidRDefault="001D1264" w:rsidP="001D1264">
      <w:pPr>
        <w:spacing w:line="240" w:lineRule="auto"/>
        <w:jc w:val="center"/>
      </w:pPr>
      <w:r>
        <w:rPr>
          <w:b/>
        </w:rPr>
        <w:t>Távolléti díj számítási jegyzék</w:t>
      </w:r>
    </w:p>
    <w:p w14:paraId="3688EC53" w14:textId="21313502" w:rsidR="00E57E58" w:rsidRDefault="001D1264" w:rsidP="001D1264">
      <w:pPr>
        <w:spacing w:line="240" w:lineRule="auto"/>
      </w:pPr>
      <w:r>
        <w:br/>
        <w:t xml:space="preserve">Munkavállaló </w:t>
      </w:r>
      <w:proofErr w:type="gramStart"/>
      <w:r>
        <w:t>neve:…</w:t>
      </w:r>
      <w:proofErr w:type="gramEnd"/>
      <w:r>
        <w:t>………………………………………</w:t>
      </w:r>
      <w:r w:rsidR="00257124">
        <w:t>………</w:t>
      </w:r>
      <w:proofErr w:type="gramStart"/>
      <w:r w:rsidR="00257124">
        <w:t>…..</w:t>
      </w:r>
      <w:proofErr w:type="gramEnd"/>
    </w:p>
    <w:p w14:paraId="3DDEEA1E" w14:textId="29D94870" w:rsidR="00E57E58" w:rsidRDefault="001D1264" w:rsidP="001D1264">
      <w:pPr>
        <w:spacing w:line="240" w:lineRule="auto"/>
      </w:pPr>
      <w:r>
        <w:t>Munkahely / Munkáltató neve: …………………………………………</w:t>
      </w:r>
    </w:p>
    <w:p w14:paraId="2BC8630E" w14:textId="0376228B" w:rsidR="00E57E58" w:rsidRDefault="001D1264" w:rsidP="001D1264">
      <w:pPr>
        <w:spacing w:line="240" w:lineRule="auto"/>
      </w:pPr>
      <w:r>
        <w:t>Időszak: …………………………………………</w:t>
      </w:r>
      <w:r>
        <w:br/>
      </w:r>
    </w:p>
    <w:p w14:paraId="418CE7FA" w14:textId="69DF2CB5" w:rsidR="00E57E58" w:rsidRPr="001D1264" w:rsidRDefault="001D1264" w:rsidP="001D1264">
      <w:pPr>
        <w:spacing w:line="240" w:lineRule="auto"/>
        <w:rPr>
          <w:b/>
          <w:bCs/>
        </w:rPr>
      </w:pPr>
      <w:r w:rsidRPr="001D1264">
        <w:rPr>
          <w:b/>
          <w:bCs/>
        </w:rPr>
        <w:t>1</w:t>
      </w:r>
      <w:r>
        <w:t xml:space="preserve">. </w:t>
      </w:r>
      <w:r w:rsidRPr="001D1264">
        <w:rPr>
          <w:b/>
          <w:bCs/>
        </w:rPr>
        <w:t xml:space="preserve">Alapbér </w:t>
      </w:r>
      <w:proofErr w:type="spellStart"/>
      <w:r w:rsidRPr="001D1264">
        <w:rPr>
          <w:b/>
          <w:bCs/>
        </w:rPr>
        <w:t>és</w:t>
      </w:r>
      <w:proofErr w:type="spellEnd"/>
      <w:r w:rsidRPr="001D1264">
        <w:rPr>
          <w:b/>
          <w:bCs/>
        </w:rPr>
        <w:t xml:space="preserve"> rendszeres juttatások:</w:t>
      </w:r>
    </w:p>
    <w:p w14:paraId="55AC3E22" w14:textId="6EDF6311" w:rsidR="00E57E58" w:rsidRDefault="001D1264" w:rsidP="001D1264">
      <w:pPr>
        <w:spacing w:line="240" w:lineRule="auto"/>
      </w:pPr>
      <w:r>
        <w:t xml:space="preserve">   - Havi alapbér: .....................</w:t>
      </w:r>
      <w:r w:rsidR="00257124">
        <w:t>............</w:t>
      </w:r>
      <w:r>
        <w:t>Ft</w:t>
      </w:r>
    </w:p>
    <w:p w14:paraId="4BD86FCC" w14:textId="77777777" w:rsidR="00E57E58" w:rsidRDefault="001D1264" w:rsidP="001D1264">
      <w:pPr>
        <w:spacing w:line="240" w:lineRule="auto"/>
      </w:pPr>
      <w:r>
        <w:t xml:space="preserve">   - Rendszeres bérpótlék(ok) (átlag): ..................... Ft</w:t>
      </w:r>
    </w:p>
    <w:p w14:paraId="4945CFF5" w14:textId="690F2AC3" w:rsidR="00E57E58" w:rsidRPr="001D1264" w:rsidRDefault="001D1264" w:rsidP="001D1264">
      <w:pPr>
        <w:spacing w:line="240" w:lineRule="auto"/>
        <w:rPr>
          <w:b/>
          <w:bCs/>
        </w:rPr>
      </w:pPr>
      <w:r>
        <w:t xml:space="preserve">   - Egyéb rendszeres juttatás(ok): .....................</w:t>
      </w:r>
      <w:r w:rsidR="00257124">
        <w:t>.....</w:t>
      </w:r>
      <w:r>
        <w:t xml:space="preserve"> Ft</w:t>
      </w:r>
      <w:r>
        <w:br/>
      </w:r>
    </w:p>
    <w:p w14:paraId="1647C498" w14:textId="4AB2411E" w:rsidR="00E57E58" w:rsidRPr="001D1264" w:rsidRDefault="001D1264" w:rsidP="001D1264">
      <w:pPr>
        <w:spacing w:line="240" w:lineRule="auto"/>
        <w:rPr>
          <w:b/>
          <w:bCs/>
        </w:rPr>
      </w:pPr>
      <w:r w:rsidRPr="001D1264">
        <w:rPr>
          <w:b/>
          <w:bCs/>
        </w:rPr>
        <w:t>2. Távolléti díj kiszámítása:</w:t>
      </w:r>
    </w:p>
    <w:p w14:paraId="5A4DC5D9" w14:textId="77777777" w:rsidR="00E57E58" w:rsidRDefault="001D1264" w:rsidP="001D1264">
      <w:pPr>
        <w:spacing w:line="240" w:lineRule="auto"/>
      </w:pPr>
      <w:r>
        <w:t xml:space="preserve">   a) Napi alap: (alapbér + juttatások) / havi munkanapok száma</w:t>
      </w:r>
    </w:p>
    <w:p w14:paraId="74ABEC5F" w14:textId="77777777" w:rsidR="00E57E58" w:rsidRDefault="001D1264" w:rsidP="001D1264">
      <w:pPr>
        <w:spacing w:line="240" w:lineRule="auto"/>
      </w:pPr>
      <w:r>
        <w:t xml:space="preserve">   b) Távolléti napok száma: ..................... nap</w:t>
      </w:r>
    </w:p>
    <w:p w14:paraId="3BAAB627" w14:textId="77777777" w:rsidR="00257124" w:rsidRDefault="001D1264" w:rsidP="001D1264">
      <w:pPr>
        <w:spacing w:line="240" w:lineRule="auto"/>
      </w:pPr>
      <w:r>
        <w:t xml:space="preserve">   c) Távolléti díj összege: napi távolléti díj × távolléti napok száma = ..................... Ft</w:t>
      </w:r>
    </w:p>
    <w:p w14:paraId="0297F0DA" w14:textId="2C9A6F40" w:rsidR="00E57E58" w:rsidRDefault="001D1264" w:rsidP="001D1264">
      <w:pPr>
        <w:spacing w:line="240" w:lineRule="auto"/>
      </w:pPr>
      <w:r>
        <w:br/>
      </w:r>
    </w:p>
    <w:p w14:paraId="19FF83E2" w14:textId="2E6F5730" w:rsidR="00E57E58" w:rsidRDefault="001D1264" w:rsidP="001D1264">
      <w:pPr>
        <w:spacing w:line="240" w:lineRule="auto"/>
      </w:pPr>
      <w:r w:rsidRPr="001D1264">
        <w:rPr>
          <w:b/>
          <w:bCs/>
        </w:rPr>
        <w:t>3. Megjegyzés / Indok</w:t>
      </w:r>
      <w:r>
        <w:t xml:space="preserve"> (pl. </w:t>
      </w:r>
      <w:proofErr w:type="spellStart"/>
      <w:r>
        <w:t>szabadság</w:t>
      </w:r>
      <w:proofErr w:type="spellEnd"/>
      <w:r>
        <w:t xml:space="preserve">, </w:t>
      </w:r>
      <w:proofErr w:type="spellStart"/>
      <w:r>
        <w:t>betegség</w:t>
      </w:r>
      <w:proofErr w:type="spellEnd"/>
      <w:r>
        <w:t xml:space="preserve">, </w:t>
      </w:r>
      <w:proofErr w:type="spellStart"/>
      <w:r>
        <w:t>tanulmányi</w:t>
      </w:r>
      <w:proofErr w:type="spellEnd"/>
      <w:r>
        <w:t xml:space="preserve"> </w:t>
      </w:r>
      <w:proofErr w:type="spellStart"/>
      <w:r>
        <w:t>távollét</w:t>
      </w:r>
      <w:proofErr w:type="spellEnd"/>
      <w:r>
        <w:t>):</w:t>
      </w:r>
    </w:p>
    <w:p w14:paraId="4F272A9C" w14:textId="77777777" w:rsidR="00257124" w:rsidRDefault="001D1264" w:rsidP="00257124">
      <w:pPr>
        <w:spacing w:line="360" w:lineRule="auto"/>
      </w:pPr>
      <w:r>
        <w:t>…………………………………………………………………………………………………………………</w:t>
      </w:r>
      <w:r w:rsidR="00257124">
        <w:t>……………………………………………………………………………</w:t>
      </w:r>
    </w:p>
    <w:p w14:paraId="7A7340C7" w14:textId="19EA5E0F" w:rsidR="00E57E58" w:rsidRDefault="001D1264" w:rsidP="00257124">
      <w:pPr>
        <w:spacing w:line="360" w:lineRule="auto"/>
      </w:pPr>
      <w:r>
        <w:br/>
      </w:r>
    </w:p>
    <w:p w14:paraId="46C2FAE0" w14:textId="53A694CD" w:rsidR="00257124" w:rsidRDefault="001D1264" w:rsidP="00257124">
      <w:pPr>
        <w:spacing w:line="240" w:lineRule="auto"/>
        <w:rPr>
          <w:b/>
          <w:bCs/>
        </w:rPr>
      </w:pPr>
      <w:r w:rsidRPr="001D1264">
        <w:rPr>
          <w:b/>
          <w:bCs/>
        </w:rPr>
        <w:t xml:space="preserve">4. </w:t>
      </w:r>
      <w:proofErr w:type="spellStart"/>
      <w:r w:rsidRPr="001D1264">
        <w:rPr>
          <w:b/>
          <w:bCs/>
        </w:rPr>
        <w:t>Készítette</w:t>
      </w:r>
      <w:proofErr w:type="spellEnd"/>
      <w:r w:rsidRPr="001D1264">
        <w:rPr>
          <w:b/>
          <w:bCs/>
        </w:rPr>
        <w:t>:</w:t>
      </w:r>
      <w:r w:rsidR="00257124">
        <w:rPr>
          <w:b/>
          <w:bCs/>
        </w:rPr>
        <w:tab/>
      </w:r>
      <w:r w:rsidR="00257124">
        <w:rPr>
          <w:b/>
          <w:bCs/>
        </w:rPr>
        <w:tab/>
      </w:r>
      <w:r w:rsidR="00257124">
        <w:rPr>
          <w:b/>
          <w:bCs/>
        </w:rPr>
        <w:tab/>
      </w:r>
      <w:r w:rsidR="00257124">
        <w:rPr>
          <w:b/>
          <w:bCs/>
        </w:rPr>
        <w:tab/>
      </w:r>
      <w:r w:rsidR="00257124">
        <w:rPr>
          <w:b/>
          <w:bCs/>
        </w:rPr>
        <w:tab/>
      </w:r>
      <w:r w:rsidR="00257124">
        <w:rPr>
          <w:b/>
          <w:bCs/>
        </w:rPr>
        <w:tab/>
      </w:r>
      <w:r w:rsidR="00257124">
        <w:rPr>
          <w:b/>
          <w:bCs/>
        </w:rPr>
        <w:tab/>
      </w:r>
      <w:r w:rsidR="00257124" w:rsidRPr="001D1264">
        <w:rPr>
          <w:b/>
          <w:bCs/>
        </w:rPr>
        <w:t xml:space="preserve">5. </w:t>
      </w:r>
      <w:proofErr w:type="spellStart"/>
      <w:r w:rsidR="00257124" w:rsidRPr="001D1264">
        <w:rPr>
          <w:b/>
          <w:bCs/>
        </w:rPr>
        <w:t>Jóváhagyta</w:t>
      </w:r>
      <w:proofErr w:type="spellEnd"/>
      <w:r w:rsidR="00257124" w:rsidRPr="001D1264">
        <w:rPr>
          <w:b/>
          <w:bCs/>
        </w:rPr>
        <w:t>:</w:t>
      </w:r>
    </w:p>
    <w:p w14:paraId="068C690C" w14:textId="77777777" w:rsidR="00257124" w:rsidRPr="001D1264" w:rsidRDefault="00257124" w:rsidP="00257124">
      <w:pPr>
        <w:spacing w:line="240" w:lineRule="auto"/>
        <w:rPr>
          <w:b/>
          <w:bCs/>
        </w:rPr>
      </w:pPr>
    </w:p>
    <w:p w14:paraId="0AA61E8A" w14:textId="38A75317" w:rsidR="00257124" w:rsidRDefault="00257124" w:rsidP="00257124">
      <w:pPr>
        <w:spacing w:line="240" w:lineRule="auto"/>
      </w:pPr>
      <w:proofErr w:type="spellStart"/>
      <w:r>
        <w:t>Név</w:t>
      </w:r>
      <w:proofErr w:type="spellEnd"/>
      <w:r>
        <w:t>: …………………………</w:t>
      </w:r>
      <w:r>
        <w:t xml:space="preserve">   </w:t>
      </w:r>
      <w:r>
        <w:tab/>
      </w:r>
      <w:r>
        <w:tab/>
      </w:r>
      <w:r>
        <w:tab/>
      </w:r>
      <w:proofErr w:type="spellStart"/>
      <w:r>
        <w:t>Név</w:t>
      </w:r>
      <w:proofErr w:type="spellEnd"/>
      <w:r>
        <w:t>: …………………………</w:t>
      </w:r>
    </w:p>
    <w:p w14:paraId="65068976" w14:textId="24F53A59" w:rsidR="00257124" w:rsidRDefault="00257124" w:rsidP="00257124">
      <w:pPr>
        <w:spacing w:line="240" w:lineRule="auto"/>
      </w:pPr>
      <w:proofErr w:type="spellStart"/>
      <w:r>
        <w:t>Beosztás</w:t>
      </w:r>
      <w:proofErr w:type="spellEnd"/>
      <w:r>
        <w:t>: ……………………</w:t>
      </w:r>
      <w:r>
        <w:tab/>
      </w:r>
      <w:r>
        <w:tab/>
      </w:r>
      <w:r>
        <w:tab/>
      </w:r>
      <w:proofErr w:type="spellStart"/>
      <w:r>
        <w:t>Beosztás</w:t>
      </w:r>
      <w:proofErr w:type="spellEnd"/>
      <w:r>
        <w:t>: ……………………</w:t>
      </w:r>
    </w:p>
    <w:p w14:paraId="0BDF5655" w14:textId="77777777" w:rsidR="00257124" w:rsidRPr="00257124" w:rsidRDefault="00257124" w:rsidP="00257124">
      <w:pPr>
        <w:spacing w:line="240" w:lineRule="auto"/>
      </w:pPr>
      <w:proofErr w:type="spellStart"/>
      <w:r>
        <w:t>Dátum</w:t>
      </w:r>
      <w:proofErr w:type="spellEnd"/>
      <w:r>
        <w:t>: ………………………</w:t>
      </w:r>
      <w:r>
        <w:tab/>
      </w:r>
      <w:r>
        <w:tab/>
      </w:r>
      <w:r>
        <w:tab/>
      </w:r>
      <w:proofErr w:type="spellStart"/>
      <w:r>
        <w:t>Dátum</w:t>
      </w:r>
      <w:proofErr w:type="spellEnd"/>
      <w:r>
        <w:t>: ………………………</w:t>
      </w:r>
    </w:p>
    <w:p w14:paraId="328914AB" w14:textId="11FFB5B3" w:rsidR="00E57E58" w:rsidRPr="00257124" w:rsidRDefault="00E57E58" w:rsidP="001D1264">
      <w:pPr>
        <w:spacing w:line="240" w:lineRule="auto"/>
      </w:pPr>
    </w:p>
    <w:p w14:paraId="54BD33B0" w14:textId="6EB7287F" w:rsidR="00E57E58" w:rsidRDefault="00E57E58" w:rsidP="001D1264">
      <w:pPr>
        <w:spacing w:line="240" w:lineRule="auto"/>
      </w:pPr>
    </w:p>
    <w:sectPr w:rsidR="00E57E5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03517708">
    <w:abstractNumId w:val="8"/>
  </w:num>
  <w:num w:numId="2" w16cid:durableId="1165971959">
    <w:abstractNumId w:val="6"/>
  </w:num>
  <w:num w:numId="3" w16cid:durableId="1670982036">
    <w:abstractNumId w:val="5"/>
  </w:num>
  <w:num w:numId="4" w16cid:durableId="66542773">
    <w:abstractNumId w:val="4"/>
  </w:num>
  <w:num w:numId="5" w16cid:durableId="2024745600">
    <w:abstractNumId w:val="7"/>
  </w:num>
  <w:num w:numId="6" w16cid:durableId="2011062163">
    <w:abstractNumId w:val="3"/>
  </w:num>
  <w:num w:numId="7" w16cid:durableId="1176573845">
    <w:abstractNumId w:val="2"/>
  </w:num>
  <w:num w:numId="8" w16cid:durableId="241335406">
    <w:abstractNumId w:val="1"/>
  </w:num>
  <w:num w:numId="9" w16cid:durableId="1713457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C2A04"/>
    <w:rsid w:val="0015074B"/>
    <w:rsid w:val="001D1264"/>
    <w:rsid w:val="00257124"/>
    <w:rsid w:val="0029639D"/>
    <w:rsid w:val="00326F90"/>
    <w:rsid w:val="00A64892"/>
    <w:rsid w:val="00AA1D8D"/>
    <w:rsid w:val="00B47730"/>
    <w:rsid w:val="00CB0664"/>
    <w:rsid w:val="00E57E5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1E863E"/>
  <w14:defaultImageDpi w14:val="300"/>
  <w15:docId w15:val="{EC5B88CD-7B32-4129-AA41-76C40579C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  <w:rPr>
      <w:rFonts w:ascii="Times New Roman" w:hAnsi="Times New Roman"/>
      <w:sz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116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István Dr. Varga</cp:lastModifiedBy>
  <cp:revision>3</cp:revision>
  <dcterms:created xsi:type="dcterms:W3CDTF">2013-12-23T23:15:00Z</dcterms:created>
  <dcterms:modified xsi:type="dcterms:W3CDTF">2025-05-13T08:00:00Z</dcterms:modified>
  <cp:category/>
</cp:coreProperties>
</file>